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C9CB5" w14:textId="7ED0171B" w:rsidR="0029605A" w:rsidRPr="005F2BD5" w:rsidRDefault="0029605A" w:rsidP="0029605A">
      <w:pPr>
        <w:spacing w:line="360" w:lineRule="auto"/>
        <w:jc w:val="center"/>
        <w:rPr>
          <w:rFonts w:ascii="Arial" w:hAnsi="Arial" w:cs="Arial"/>
          <w:b/>
          <w:bCs/>
          <w:color w:val="365F91"/>
          <w:sz w:val="28"/>
          <w:szCs w:val="28"/>
          <w:lang w:val="it-IT"/>
        </w:rPr>
      </w:pPr>
      <w:r w:rsidRPr="005F2BD5">
        <w:rPr>
          <w:rFonts w:ascii="Arial" w:hAnsi="Arial" w:cs="Arial"/>
          <w:b/>
          <w:bCs/>
          <w:color w:val="365F91"/>
          <w:sz w:val="28"/>
          <w:szCs w:val="28"/>
          <w:lang w:val="it-IT"/>
        </w:rPr>
        <w:t>GUIDA ALLA COMPILAZIONE</w:t>
      </w:r>
    </w:p>
    <w:p w14:paraId="66C4AAFC" w14:textId="77777777" w:rsidR="0029605A" w:rsidRPr="0029605A" w:rsidRDefault="0029605A" w:rsidP="0029605A">
      <w:pPr>
        <w:spacing w:line="360" w:lineRule="auto"/>
        <w:rPr>
          <w:rFonts w:ascii="Arial" w:hAnsi="Arial" w:cs="Arial"/>
          <w:lang w:val="it-IT"/>
        </w:rPr>
      </w:pPr>
      <w:r w:rsidRPr="0029605A">
        <w:rPr>
          <w:rFonts w:ascii="Arial" w:hAnsi="Arial" w:cs="Arial"/>
          <w:lang w:val="it-IT"/>
        </w:rPr>
        <w:t xml:space="preserve">I soggetti proponenti presentano la propria candidatura in risposta a </w:t>
      </w:r>
      <w:r w:rsidRPr="0029605A">
        <w:rPr>
          <w:rFonts w:ascii="Arial" w:hAnsi="Arial" w:cs="Arial"/>
          <w:b/>
          <w:bCs/>
          <w:lang w:val="it-IT"/>
        </w:rPr>
        <w:t>una o più delle</w:t>
      </w:r>
      <w:r w:rsidRPr="0029605A">
        <w:rPr>
          <w:rFonts w:ascii="Arial" w:hAnsi="Arial" w:cs="Arial"/>
          <w:lang w:val="it-IT"/>
        </w:rPr>
        <w:t xml:space="preserve"> </w:t>
      </w:r>
      <w:r w:rsidRPr="0029605A">
        <w:rPr>
          <w:rFonts w:ascii="Arial" w:hAnsi="Arial" w:cs="Arial"/>
          <w:b/>
          <w:bCs/>
          <w:lang w:val="it-IT"/>
        </w:rPr>
        <w:t>tre sfide tecnologiche previste all’Art. 2 dalla Call4Solution</w:t>
      </w:r>
      <w:r w:rsidRPr="0029605A">
        <w:rPr>
          <w:rFonts w:ascii="Arial" w:hAnsi="Arial" w:cs="Arial"/>
          <w:lang w:val="it-IT"/>
        </w:rPr>
        <w:t xml:space="preserve"> relative alla realizzazione di specifici prodotti, dimostratori o </w:t>
      </w:r>
      <w:proofErr w:type="spellStart"/>
      <w:r w:rsidRPr="0029605A">
        <w:rPr>
          <w:rFonts w:ascii="Arial" w:hAnsi="Arial" w:cs="Arial"/>
          <w:lang w:val="it-IT"/>
        </w:rPr>
        <w:t>PoC</w:t>
      </w:r>
      <w:proofErr w:type="spellEnd"/>
      <w:r w:rsidRPr="0029605A">
        <w:rPr>
          <w:rFonts w:ascii="Arial" w:hAnsi="Arial" w:cs="Arial"/>
          <w:lang w:val="it-IT"/>
        </w:rPr>
        <w:t>, utilizzando il presente format e nel rispetto delle indicazioni di seguito riportate.</w:t>
      </w:r>
    </w:p>
    <w:p w14:paraId="21E08095" w14:textId="77777777" w:rsidR="0029605A" w:rsidRPr="0029605A" w:rsidRDefault="0029605A" w:rsidP="0029605A">
      <w:pPr>
        <w:spacing w:after="0" w:line="360" w:lineRule="auto"/>
        <w:rPr>
          <w:rFonts w:ascii="Arial" w:hAnsi="Arial" w:cs="Arial"/>
          <w:lang w:val="it-IT"/>
        </w:rPr>
      </w:pPr>
      <w:r w:rsidRPr="0029605A">
        <w:rPr>
          <w:rFonts w:ascii="Arial" w:hAnsi="Arial" w:cs="Arial"/>
          <w:lang w:val="it-IT"/>
        </w:rPr>
        <w:t>La soluzione progettuale dovrà contenere i seguenti elementi:</w:t>
      </w:r>
    </w:p>
    <w:p w14:paraId="3CB19159" w14:textId="752C05AA" w:rsidR="0029605A" w:rsidRPr="0029605A" w:rsidRDefault="0029605A" w:rsidP="0029605A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lang w:val="it-IT"/>
        </w:rPr>
      </w:pPr>
      <w:r w:rsidRPr="0029605A">
        <w:rPr>
          <w:rFonts w:ascii="Arial" w:hAnsi="Arial" w:cs="Arial"/>
          <w:b/>
          <w:bCs/>
          <w:lang w:val="it-IT"/>
        </w:rPr>
        <w:t xml:space="preserve">Sfida tecnologica scelta e ambito di applicazione nella </w:t>
      </w:r>
      <w:r w:rsidR="00E04800">
        <w:rPr>
          <w:rFonts w:ascii="Arial" w:hAnsi="Arial" w:cs="Arial"/>
          <w:b/>
          <w:bCs/>
          <w:lang w:val="it-IT"/>
        </w:rPr>
        <w:t>Smart City</w:t>
      </w:r>
      <w:r w:rsidRPr="0029605A">
        <w:rPr>
          <w:rFonts w:ascii="Arial" w:hAnsi="Arial" w:cs="Arial"/>
          <w:lang w:val="it-IT"/>
        </w:rPr>
        <w:t xml:space="preserve">: selezionare la sfida o le sfide tecnologiche per le quali si presenta la proposta progettuale e specificare l’ambito di applicazione per le </w:t>
      </w:r>
      <w:r w:rsidR="00E04800">
        <w:rPr>
          <w:rFonts w:ascii="Arial" w:hAnsi="Arial" w:cs="Arial"/>
          <w:lang w:val="it-IT"/>
        </w:rPr>
        <w:t>Smart City</w:t>
      </w:r>
      <w:r w:rsidRPr="0029605A">
        <w:rPr>
          <w:rFonts w:ascii="Arial" w:hAnsi="Arial" w:cs="Arial"/>
          <w:lang w:val="it-IT"/>
        </w:rPr>
        <w:t xml:space="preserve"> in accordo con quanto previsto all’Art. 2 dell’Avviso;</w:t>
      </w:r>
    </w:p>
    <w:p w14:paraId="0321C62C" w14:textId="77777777" w:rsidR="0029605A" w:rsidRPr="0029605A" w:rsidRDefault="0029605A" w:rsidP="0029605A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lang w:val="it-IT"/>
        </w:rPr>
      </w:pPr>
      <w:r w:rsidRPr="0029605A">
        <w:rPr>
          <w:rFonts w:ascii="Arial" w:hAnsi="Arial" w:cs="Arial"/>
          <w:b/>
          <w:bCs/>
          <w:lang w:val="it-IT"/>
        </w:rPr>
        <w:t>Proposta progettuale</w:t>
      </w:r>
      <w:r w:rsidRPr="0029605A">
        <w:rPr>
          <w:rFonts w:ascii="Arial" w:hAnsi="Arial" w:cs="Arial"/>
          <w:lang w:val="it-IT"/>
        </w:rPr>
        <w:t xml:space="preserve">: il soggetto proponente deve </w:t>
      </w:r>
    </w:p>
    <w:p w14:paraId="41BC3A5C" w14:textId="1F9F1530" w:rsidR="0029605A" w:rsidRPr="0029605A" w:rsidRDefault="0029605A" w:rsidP="0029605A">
      <w:pPr>
        <w:pStyle w:val="Paragrafoelenco"/>
        <w:numPr>
          <w:ilvl w:val="0"/>
          <w:numId w:val="12"/>
        </w:numPr>
        <w:spacing w:line="360" w:lineRule="auto"/>
        <w:rPr>
          <w:rFonts w:ascii="Arial" w:hAnsi="Arial" w:cs="Arial"/>
          <w:lang w:val="it-IT"/>
        </w:rPr>
      </w:pPr>
      <w:r w:rsidRPr="0029605A">
        <w:rPr>
          <w:rFonts w:ascii="Arial" w:hAnsi="Arial" w:cs="Arial"/>
          <w:lang w:val="it-IT"/>
        </w:rPr>
        <w:t>descrivere il prodotto/servizio/dimostratore/</w:t>
      </w:r>
      <w:proofErr w:type="spellStart"/>
      <w:r w:rsidRPr="0029605A">
        <w:rPr>
          <w:rFonts w:ascii="Arial" w:hAnsi="Arial" w:cs="Arial"/>
          <w:lang w:val="it-IT"/>
        </w:rPr>
        <w:t>PoC</w:t>
      </w:r>
      <w:proofErr w:type="spellEnd"/>
      <w:r w:rsidRPr="0029605A">
        <w:rPr>
          <w:rFonts w:ascii="Arial" w:hAnsi="Arial" w:cs="Arial"/>
          <w:lang w:val="it-IT"/>
        </w:rPr>
        <w:t xml:space="preserve"> e le tecnologie individuate per la realizzazione della soluzione progettuale che si intende proporre in risposta alla Call4Solution, prestando particolare attenzione alla descrizione del problema che si intende affrontare, utilizzando dati verificabili a supporto, e alla coerenza della soluzione rispetto al problema e alla sfida tecnologica selezionata; </w:t>
      </w:r>
    </w:p>
    <w:p w14:paraId="6D17B3FD" w14:textId="34FC8C6F" w:rsidR="0029605A" w:rsidRPr="0029605A" w:rsidRDefault="0029605A" w:rsidP="0029605A">
      <w:pPr>
        <w:pStyle w:val="Paragrafoelenco"/>
        <w:numPr>
          <w:ilvl w:val="0"/>
          <w:numId w:val="12"/>
        </w:numPr>
        <w:spacing w:line="360" w:lineRule="auto"/>
        <w:rPr>
          <w:rFonts w:ascii="Arial" w:hAnsi="Arial" w:cs="Arial"/>
          <w:lang w:val="it-IT"/>
        </w:rPr>
      </w:pPr>
      <w:r w:rsidRPr="4B8947B6">
        <w:rPr>
          <w:rFonts w:ascii="Arial" w:hAnsi="Arial" w:cs="Arial"/>
          <w:lang w:val="it-IT"/>
        </w:rPr>
        <w:t xml:space="preserve">chiarire se la soluzione proposta esiste già sul mercato, e in caso di risposta positiva, descrivere gli elementi distintivi della proposta rispetto ad analoghe soluzioni presenti sul </w:t>
      </w:r>
      <w:r w:rsidR="5787F706" w:rsidRPr="4B8947B6">
        <w:rPr>
          <w:rFonts w:ascii="Arial" w:hAnsi="Arial" w:cs="Arial"/>
          <w:lang w:val="it-IT"/>
        </w:rPr>
        <w:t>mercato</w:t>
      </w:r>
      <w:r w:rsidRPr="4B8947B6">
        <w:rPr>
          <w:rFonts w:ascii="Arial" w:hAnsi="Arial" w:cs="Arial"/>
          <w:lang w:val="it-IT"/>
        </w:rPr>
        <w:t xml:space="preserve">; </w:t>
      </w:r>
    </w:p>
    <w:p w14:paraId="4160D637" w14:textId="57A4486D" w:rsidR="0029605A" w:rsidRPr="0029605A" w:rsidRDefault="0029605A" w:rsidP="0029605A">
      <w:pPr>
        <w:pStyle w:val="Paragrafoelenco"/>
        <w:numPr>
          <w:ilvl w:val="0"/>
          <w:numId w:val="12"/>
        </w:numPr>
        <w:spacing w:line="360" w:lineRule="auto"/>
        <w:rPr>
          <w:rFonts w:ascii="Arial" w:hAnsi="Arial" w:cs="Arial"/>
          <w:lang w:val="it-IT"/>
        </w:rPr>
      </w:pPr>
      <w:r w:rsidRPr="0029605A">
        <w:rPr>
          <w:rFonts w:ascii="Arial" w:hAnsi="Arial" w:cs="Arial"/>
          <w:lang w:val="it-IT"/>
        </w:rPr>
        <w:t xml:space="preserve">descrivere l’eventuale utilizzo di ulteriori tecnologie emergenti (Blockchain e </w:t>
      </w:r>
      <w:proofErr w:type="spellStart"/>
      <w:r w:rsidRPr="0029605A">
        <w:rPr>
          <w:rFonts w:ascii="Arial" w:hAnsi="Arial" w:cs="Arial"/>
          <w:lang w:val="it-IT"/>
        </w:rPr>
        <w:t>Crypto</w:t>
      </w:r>
      <w:proofErr w:type="spellEnd"/>
      <w:r w:rsidRPr="0029605A">
        <w:rPr>
          <w:rFonts w:ascii="Arial" w:hAnsi="Arial" w:cs="Arial"/>
          <w:lang w:val="it-IT"/>
        </w:rPr>
        <w:t xml:space="preserve"> Asset, Internet of </w:t>
      </w:r>
      <w:proofErr w:type="spellStart"/>
      <w:r w:rsidRPr="0029605A">
        <w:rPr>
          <w:rFonts w:ascii="Arial" w:hAnsi="Arial" w:cs="Arial"/>
          <w:lang w:val="it-IT"/>
        </w:rPr>
        <w:t>Things</w:t>
      </w:r>
      <w:proofErr w:type="spellEnd"/>
      <w:r w:rsidRPr="0029605A">
        <w:rPr>
          <w:rFonts w:ascii="Arial" w:hAnsi="Arial" w:cs="Arial"/>
          <w:lang w:val="it-IT"/>
        </w:rPr>
        <w:t xml:space="preserve"> (IoT), Intelligenza Artificiale, reti 6G, AR (</w:t>
      </w:r>
      <w:proofErr w:type="spellStart"/>
      <w:r w:rsidRPr="0029605A">
        <w:rPr>
          <w:rFonts w:ascii="Arial" w:hAnsi="Arial" w:cs="Arial"/>
          <w:lang w:val="it-IT"/>
        </w:rPr>
        <w:t>Augmented</w:t>
      </w:r>
      <w:proofErr w:type="spellEnd"/>
      <w:r w:rsidRPr="0029605A">
        <w:rPr>
          <w:rFonts w:ascii="Arial" w:hAnsi="Arial" w:cs="Arial"/>
          <w:lang w:val="it-IT"/>
        </w:rPr>
        <w:t xml:space="preserve"> Reality) /VR (Virtual Reality) /XR (Extended Reality)) e l’integrazione delle stesse con le tecnologie quantistiche; </w:t>
      </w:r>
    </w:p>
    <w:p w14:paraId="3B06C5A3" w14:textId="547B7016" w:rsidR="0029605A" w:rsidRPr="0029605A" w:rsidRDefault="0029605A" w:rsidP="0029605A">
      <w:pPr>
        <w:pStyle w:val="Paragrafoelenco"/>
        <w:numPr>
          <w:ilvl w:val="0"/>
          <w:numId w:val="12"/>
        </w:numPr>
        <w:spacing w:line="360" w:lineRule="auto"/>
        <w:rPr>
          <w:rFonts w:ascii="Arial" w:hAnsi="Arial" w:cs="Arial"/>
          <w:lang w:val="it-IT"/>
        </w:rPr>
      </w:pPr>
      <w:r w:rsidRPr="0029605A">
        <w:rPr>
          <w:rFonts w:ascii="Arial" w:hAnsi="Arial" w:cs="Arial"/>
          <w:lang w:val="it-IT"/>
        </w:rPr>
        <w:t xml:space="preserve">descrivere le eventuali azioni programmabili per il coinvolgimento degli stakeholder ed evidenziare le ricadute della soluzione progettuale sul territorio e sulla cittadinanza dell’Area Vasta di Cagliari, individuando i corrispondenti indicatori di impatto e i miglioramenti che ci si attende (anche quantitativi); </w:t>
      </w:r>
    </w:p>
    <w:p w14:paraId="0DD8C6E6" w14:textId="1E87EAD0" w:rsidR="0029605A" w:rsidRPr="0029605A" w:rsidRDefault="0029605A" w:rsidP="0029605A">
      <w:pPr>
        <w:pStyle w:val="Paragrafoelenco"/>
        <w:numPr>
          <w:ilvl w:val="0"/>
          <w:numId w:val="12"/>
        </w:numPr>
        <w:spacing w:line="360" w:lineRule="auto"/>
        <w:rPr>
          <w:rFonts w:ascii="Arial" w:hAnsi="Arial" w:cs="Arial"/>
          <w:lang w:val="it-IT"/>
        </w:rPr>
      </w:pPr>
      <w:r w:rsidRPr="0029605A">
        <w:rPr>
          <w:rFonts w:ascii="Arial" w:hAnsi="Arial" w:cs="Arial"/>
          <w:lang w:val="it-IT"/>
        </w:rPr>
        <w:t xml:space="preserve">descrivere il potenziale di scalabilità della soluzione progettuale e la possibile replicabilità in altri contesti urbani; </w:t>
      </w:r>
    </w:p>
    <w:p w14:paraId="5053205F" w14:textId="6748837F" w:rsidR="0029605A" w:rsidRPr="0029605A" w:rsidRDefault="0029605A" w:rsidP="0029605A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/>
          <w:bCs/>
          <w:lang w:val="it-IT"/>
        </w:rPr>
      </w:pPr>
      <w:r w:rsidRPr="0029605A">
        <w:rPr>
          <w:rFonts w:ascii="Arial" w:hAnsi="Arial" w:cs="Arial"/>
          <w:b/>
          <w:bCs/>
          <w:lang w:val="it-IT"/>
        </w:rPr>
        <w:t xml:space="preserve">Descrizione della maturità tecnica/tecnologica della soluzione progettuale: </w:t>
      </w:r>
      <w:r w:rsidRPr="0029605A">
        <w:rPr>
          <w:rFonts w:ascii="Arial" w:hAnsi="Arial" w:cs="Arial"/>
          <w:lang w:val="it-IT"/>
        </w:rPr>
        <w:t xml:space="preserve">indicare il livello di maturità tecnologica raggiunto dalla soluzione proposta utilizzando i valori della scala TRL (Technology Readiness Level). Specificare se si tratta di un </w:t>
      </w:r>
      <w:r w:rsidRPr="0029605A">
        <w:rPr>
          <w:rFonts w:ascii="Arial" w:hAnsi="Arial" w:cs="Arial"/>
          <w:lang w:val="it-IT"/>
        </w:rPr>
        <w:lastRenderedPageBreak/>
        <w:t xml:space="preserve">prototipo funzionante o dimostrabile. Indicare e descrivere se sono stati già effettuati test in contesti simili; </w:t>
      </w:r>
    </w:p>
    <w:p w14:paraId="200DCCE8" w14:textId="63E98988" w:rsidR="0029605A" w:rsidRPr="0029605A" w:rsidRDefault="0029605A" w:rsidP="0029605A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/>
          <w:bCs/>
          <w:lang w:val="it-IT"/>
        </w:rPr>
      </w:pPr>
      <w:r w:rsidRPr="0029605A">
        <w:rPr>
          <w:rFonts w:ascii="Arial" w:hAnsi="Arial" w:cs="Arial"/>
          <w:b/>
          <w:bCs/>
          <w:lang w:val="it-IT"/>
        </w:rPr>
        <w:t xml:space="preserve">Presenza di brevetti: </w:t>
      </w:r>
      <w:r w:rsidRPr="0029605A">
        <w:rPr>
          <w:rFonts w:ascii="Arial" w:hAnsi="Arial" w:cs="Arial"/>
          <w:lang w:val="it-IT"/>
        </w:rPr>
        <w:t xml:space="preserve">indicare se la soluzione presentata è già stata brevettata o in alternativa se è stata presentata domanda di brevetto; </w:t>
      </w:r>
    </w:p>
    <w:p w14:paraId="4C7AA571" w14:textId="77777777" w:rsidR="0029605A" w:rsidRPr="0029605A" w:rsidRDefault="0029605A" w:rsidP="0029605A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/>
          <w:bCs/>
          <w:lang w:val="it-IT"/>
        </w:rPr>
      </w:pPr>
      <w:r w:rsidRPr="0029605A">
        <w:rPr>
          <w:rFonts w:ascii="Arial" w:hAnsi="Arial" w:cs="Arial"/>
          <w:b/>
          <w:bCs/>
          <w:lang w:val="it-IT"/>
        </w:rPr>
        <w:t xml:space="preserve">Descrizione </w:t>
      </w:r>
      <w:proofErr w:type="gramStart"/>
      <w:r w:rsidRPr="0029605A">
        <w:rPr>
          <w:rFonts w:ascii="Arial" w:hAnsi="Arial" w:cs="Arial"/>
          <w:b/>
          <w:bCs/>
          <w:lang w:val="it-IT"/>
        </w:rPr>
        <w:t>del team</w:t>
      </w:r>
      <w:proofErr w:type="gramEnd"/>
      <w:r w:rsidRPr="0029605A">
        <w:rPr>
          <w:rFonts w:ascii="Arial" w:hAnsi="Arial" w:cs="Arial"/>
          <w:b/>
          <w:bCs/>
          <w:lang w:val="it-IT"/>
        </w:rPr>
        <w:t xml:space="preserve"> di progetto: </w:t>
      </w:r>
      <w:r w:rsidRPr="0029605A">
        <w:rPr>
          <w:rFonts w:ascii="Arial" w:hAnsi="Arial" w:cs="Arial"/>
          <w:lang w:val="it-IT"/>
        </w:rPr>
        <w:t xml:space="preserve">descrivere </w:t>
      </w:r>
      <w:proofErr w:type="gramStart"/>
      <w:r w:rsidRPr="0029605A">
        <w:rPr>
          <w:rFonts w:ascii="Arial" w:hAnsi="Arial" w:cs="Arial"/>
          <w:lang w:val="it-IT"/>
        </w:rPr>
        <w:t>il team</w:t>
      </w:r>
      <w:proofErr w:type="gramEnd"/>
      <w:r w:rsidRPr="0029605A">
        <w:rPr>
          <w:rFonts w:ascii="Arial" w:hAnsi="Arial" w:cs="Arial"/>
          <w:lang w:val="it-IT"/>
        </w:rPr>
        <w:t xml:space="preserve"> che sarà dedicato alle attività di progetto con particolare riferimento alle esperienze e alle competenze specifiche di ciascuno dei componenti;</w:t>
      </w:r>
    </w:p>
    <w:p w14:paraId="1829ACA1" w14:textId="77777777" w:rsidR="0029605A" w:rsidRPr="0029605A" w:rsidRDefault="0029605A" w:rsidP="0029605A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/>
          <w:bCs/>
          <w:sz w:val="28"/>
          <w:szCs w:val="28"/>
          <w:lang w:val="it-IT"/>
        </w:rPr>
      </w:pPr>
      <w:r w:rsidRPr="0029605A">
        <w:rPr>
          <w:rFonts w:ascii="Arial" w:hAnsi="Arial" w:cs="Arial"/>
          <w:b/>
          <w:bCs/>
          <w:lang w:val="it-IT"/>
        </w:rPr>
        <w:t xml:space="preserve">Budget di progetto: </w:t>
      </w:r>
      <w:r w:rsidRPr="0029605A">
        <w:rPr>
          <w:rFonts w:ascii="Arial" w:hAnsi="Arial" w:cs="Arial"/>
          <w:lang w:val="it-IT"/>
        </w:rPr>
        <w:t xml:space="preserve">dettagliare il budget di progetto in accordo con le categorie di spesa indicate </w:t>
      </w:r>
      <w:r w:rsidRPr="00DE3E1A">
        <w:rPr>
          <w:rFonts w:ascii="Arial" w:hAnsi="Arial" w:cs="Arial"/>
          <w:lang w:val="it-IT"/>
        </w:rPr>
        <w:t>all’Art. 9 dell’Avviso</w:t>
      </w:r>
      <w:r w:rsidRPr="0029605A">
        <w:rPr>
          <w:rFonts w:ascii="Arial" w:hAnsi="Arial" w:cs="Arial"/>
          <w:lang w:val="it-IT"/>
        </w:rPr>
        <w:t xml:space="preserve"> e dell’Informativa beneficiari per la rendicontazione.  </w:t>
      </w:r>
    </w:p>
    <w:p w14:paraId="11D06865" w14:textId="77777777" w:rsidR="0029605A" w:rsidRPr="0029605A" w:rsidRDefault="0029605A" w:rsidP="0029605A">
      <w:pPr>
        <w:spacing w:after="0" w:line="360" w:lineRule="auto"/>
        <w:rPr>
          <w:rFonts w:ascii="Arial" w:hAnsi="Arial" w:cs="Arial"/>
          <w:lang w:val="it-IT"/>
        </w:rPr>
      </w:pPr>
      <w:r w:rsidRPr="0029605A">
        <w:rPr>
          <w:rFonts w:ascii="Arial" w:hAnsi="Arial" w:cs="Arial"/>
          <w:lang w:val="it-IT"/>
        </w:rPr>
        <w:t xml:space="preserve">La proposta progettuale dovrà essere redatta secondo il seguente formato: </w:t>
      </w:r>
    </w:p>
    <w:p w14:paraId="03419E3F" w14:textId="2B3F3662" w:rsidR="0029605A" w:rsidRPr="0029605A" w:rsidRDefault="0029605A" w:rsidP="0029605A">
      <w:pPr>
        <w:pStyle w:val="Paragrafoelenco"/>
        <w:numPr>
          <w:ilvl w:val="0"/>
          <w:numId w:val="8"/>
        </w:numPr>
        <w:spacing w:line="360" w:lineRule="auto"/>
        <w:rPr>
          <w:rFonts w:ascii="Arial" w:hAnsi="Arial" w:cs="Arial"/>
          <w:lang w:val="it-IT"/>
        </w:rPr>
      </w:pPr>
      <w:r w:rsidRPr="0029605A">
        <w:rPr>
          <w:rFonts w:ascii="Arial" w:hAnsi="Arial" w:cs="Arial"/>
          <w:lang w:val="it-IT"/>
        </w:rPr>
        <w:t xml:space="preserve">Lunghezza massima: 8 pagine (escluse </w:t>
      </w:r>
      <w:r w:rsidRPr="008439A1">
        <w:rPr>
          <w:rFonts w:ascii="Arial" w:hAnsi="Arial" w:cs="Arial"/>
          <w:lang w:val="it-IT"/>
        </w:rPr>
        <w:t>eventuali appendici</w:t>
      </w:r>
      <w:r w:rsidR="00FF4426">
        <w:rPr>
          <w:rFonts w:ascii="Arial" w:hAnsi="Arial" w:cs="Arial"/>
          <w:lang w:val="it-IT"/>
        </w:rPr>
        <w:t>*</w:t>
      </w:r>
      <w:r w:rsidRPr="008439A1">
        <w:rPr>
          <w:rFonts w:ascii="Arial" w:hAnsi="Arial" w:cs="Arial"/>
          <w:lang w:val="it-IT"/>
        </w:rPr>
        <w:t>);</w:t>
      </w:r>
    </w:p>
    <w:p w14:paraId="0760892B" w14:textId="081857E1" w:rsidR="0029605A" w:rsidRPr="0029605A" w:rsidRDefault="0029605A" w:rsidP="0029605A">
      <w:pPr>
        <w:pStyle w:val="Paragrafoelenco"/>
        <w:numPr>
          <w:ilvl w:val="0"/>
          <w:numId w:val="8"/>
        </w:numPr>
        <w:spacing w:line="360" w:lineRule="auto"/>
        <w:rPr>
          <w:rFonts w:ascii="Arial" w:hAnsi="Arial" w:cs="Arial"/>
          <w:lang w:val="it-IT"/>
        </w:rPr>
      </w:pPr>
      <w:r w:rsidRPr="0029605A">
        <w:rPr>
          <w:rFonts w:ascii="Arial" w:hAnsi="Arial" w:cs="Arial"/>
          <w:lang w:val="it-IT"/>
        </w:rPr>
        <w:t xml:space="preserve">Carattere: Arial, dimensione 11 </w:t>
      </w:r>
      <w:proofErr w:type="spellStart"/>
      <w:r w:rsidRPr="0029605A">
        <w:rPr>
          <w:rFonts w:ascii="Arial" w:hAnsi="Arial" w:cs="Arial"/>
          <w:lang w:val="it-IT"/>
        </w:rPr>
        <w:t>pt</w:t>
      </w:r>
      <w:proofErr w:type="spellEnd"/>
      <w:r w:rsidRPr="0029605A">
        <w:rPr>
          <w:rFonts w:ascii="Arial" w:hAnsi="Arial" w:cs="Arial"/>
          <w:lang w:val="it-IT"/>
        </w:rPr>
        <w:t>;</w:t>
      </w:r>
    </w:p>
    <w:p w14:paraId="1D7AE588" w14:textId="77777777" w:rsidR="0029605A" w:rsidRPr="0029605A" w:rsidRDefault="0029605A" w:rsidP="0029605A">
      <w:pPr>
        <w:pStyle w:val="Paragrafoelenco"/>
        <w:numPr>
          <w:ilvl w:val="0"/>
          <w:numId w:val="8"/>
        </w:numPr>
        <w:spacing w:line="360" w:lineRule="auto"/>
        <w:rPr>
          <w:rFonts w:ascii="Arial" w:hAnsi="Arial" w:cs="Arial"/>
          <w:lang w:val="it-IT"/>
        </w:rPr>
      </w:pPr>
      <w:r w:rsidRPr="0029605A">
        <w:rPr>
          <w:rFonts w:ascii="Arial" w:hAnsi="Arial" w:cs="Arial"/>
          <w:lang w:val="it-IT"/>
        </w:rPr>
        <w:t>Interlinea: 1,5 righe;</w:t>
      </w:r>
    </w:p>
    <w:p w14:paraId="0EC451A4" w14:textId="77777777" w:rsidR="0029605A" w:rsidRPr="0029605A" w:rsidRDefault="0029605A" w:rsidP="0029605A">
      <w:pPr>
        <w:pStyle w:val="Paragrafoelenco"/>
        <w:numPr>
          <w:ilvl w:val="0"/>
          <w:numId w:val="8"/>
        </w:numPr>
        <w:spacing w:line="360" w:lineRule="auto"/>
        <w:rPr>
          <w:rFonts w:ascii="Arial" w:hAnsi="Arial" w:cs="Arial"/>
          <w:lang w:val="it-IT"/>
        </w:rPr>
      </w:pPr>
      <w:r w:rsidRPr="0029605A">
        <w:rPr>
          <w:rFonts w:ascii="Arial" w:hAnsi="Arial" w:cs="Arial"/>
          <w:lang w:val="it-IT"/>
        </w:rPr>
        <w:t>Allineamento giustificato;</w:t>
      </w:r>
    </w:p>
    <w:p w14:paraId="768BC4E6" w14:textId="77777777" w:rsidR="0029605A" w:rsidRPr="0029605A" w:rsidRDefault="0029605A" w:rsidP="0029605A">
      <w:pPr>
        <w:pStyle w:val="Paragrafoelenco"/>
        <w:numPr>
          <w:ilvl w:val="0"/>
          <w:numId w:val="8"/>
        </w:numPr>
        <w:spacing w:line="360" w:lineRule="auto"/>
        <w:rPr>
          <w:rFonts w:ascii="Arial" w:hAnsi="Arial" w:cs="Arial"/>
          <w:lang w:val="it-IT"/>
        </w:rPr>
      </w:pPr>
      <w:r w:rsidRPr="0029605A">
        <w:rPr>
          <w:rFonts w:ascii="Arial" w:hAnsi="Arial" w:cs="Arial"/>
          <w:lang w:val="it-IT"/>
        </w:rPr>
        <w:t>Formato del file: pdf;</w:t>
      </w:r>
    </w:p>
    <w:p w14:paraId="6B0D9C0F" w14:textId="77777777" w:rsidR="0029605A" w:rsidRDefault="0029605A" w:rsidP="0029605A">
      <w:pPr>
        <w:pStyle w:val="Paragrafoelenco"/>
        <w:numPr>
          <w:ilvl w:val="0"/>
          <w:numId w:val="8"/>
        </w:numPr>
        <w:spacing w:line="360" w:lineRule="auto"/>
        <w:rPr>
          <w:rFonts w:ascii="Arial" w:hAnsi="Arial" w:cs="Arial"/>
          <w:lang w:val="it-IT"/>
        </w:rPr>
      </w:pPr>
      <w:r w:rsidRPr="0029605A">
        <w:rPr>
          <w:rFonts w:ascii="Arial" w:hAnsi="Arial" w:cs="Arial"/>
          <w:lang w:val="it-IT"/>
        </w:rPr>
        <w:t xml:space="preserve">Lingua: italiano. </w:t>
      </w:r>
    </w:p>
    <w:p w14:paraId="1D2382FC" w14:textId="2F432CF1" w:rsidR="00994B7E" w:rsidRPr="00994B7E" w:rsidRDefault="00FF4426" w:rsidP="00994B7E">
      <w:pPr>
        <w:spacing w:line="36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*</w:t>
      </w:r>
      <w:r w:rsidR="00C47FF2">
        <w:rPr>
          <w:rFonts w:ascii="Arial" w:hAnsi="Arial" w:cs="Arial"/>
          <w:lang w:val="it-IT"/>
        </w:rPr>
        <w:t xml:space="preserve">Qualora il soggetto partecipante </w:t>
      </w:r>
      <w:r w:rsidR="00DE3E1A">
        <w:rPr>
          <w:rFonts w:ascii="Arial" w:hAnsi="Arial" w:cs="Arial"/>
          <w:lang w:val="it-IT"/>
        </w:rPr>
        <w:t>ritenga</w:t>
      </w:r>
      <w:r w:rsidR="00C47FF2">
        <w:rPr>
          <w:rFonts w:ascii="Arial" w:hAnsi="Arial" w:cs="Arial"/>
          <w:lang w:val="it-IT"/>
        </w:rPr>
        <w:t xml:space="preserve"> utile allegare</w:t>
      </w:r>
      <w:r w:rsidR="00020ECB">
        <w:rPr>
          <w:rFonts w:ascii="Arial" w:hAnsi="Arial" w:cs="Arial"/>
          <w:lang w:val="it-IT"/>
        </w:rPr>
        <w:t xml:space="preserve"> appendici illustrative</w:t>
      </w:r>
      <w:r w:rsidR="008D7D9E">
        <w:rPr>
          <w:rFonts w:ascii="Arial" w:hAnsi="Arial" w:cs="Arial"/>
          <w:lang w:val="it-IT"/>
        </w:rPr>
        <w:t xml:space="preserve"> per garantire maggiore chiarezza alla soluzione progettuale proposta</w:t>
      </w:r>
      <w:r w:rsidR="00020ECB">
        <w:rPr>
          <w:rFonts w:ascii="Arial" w:hAnsi="Arial" w:cs="Arial"/>
          <w:lang w:val="it-IT"/>
        </w:rPr>
        <w:t xml:space="preserve"> (es. Pitch)</w:t>
      </w:r>
      <w:r w:rsidR="008D7D9E">
        <w:rPr>
          <w:rFonts w:ascii="Arial" w:hAnsi="Arial" w:cs="Arial"/>
          <w:lang w:val="it-IT"/>
        </w:rPr>
        <w:t xml:space="preserve">, le stesse potranno essere allegate alla domanda online ma non saranno oggetto </w:t>
      </w:r>
      <w:r w:rsidR="007307D3">
        <w:rPr>
          <w:rFonts w:ascii="Arial" w:hAnsi="Arial" w:cs="Arial"/>
          <w:lang w:val="it-IT"/>
        </w:rPr>
        <w:t>di specifica valutazione da parte della Commissione, la quale assegnerà i punteggi esclusivamente sulla base di quanto contenuto nel presente Allegato 1.</w:t>
      </w:r>
    </w:p>
    <w:p w14:paraId="5A4AC9DE" w14:textId="022F225E" w:rsidR="00A22925" w:rsidRDefault="00A22925">
      <w:pPr>
        <w:jc w:val="left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br w:type="page"/>
      </w:r>
    </w:p>
    <w:p w14:paraId="0ECA1CA4" w14:textId="77777777" w:rsidR="00816BA2" w:rsidRDefault="00816BA2" w:rsidP="00816BA2">
      <w:pPr>
        <w:spacing w:line="360" w:lineRule="auto"/>
        <w:rPr>
          <w:rFonts w:ascii="Arial" w:hAnsi="Arial" w:cs="Arial"/>
          <w:lang w:val="it-IT"/>
        </w:rPr>
        <w:sectPr w:rsidR="00816BA2" w:rsidSect="00197330">
          <w:headerReference w:type="default" r:id="rId11"/>
          <w:pgSz w:w="12240" w:h="15840"/>
          <w:pgMar w:top="1440" w:right="1800" w:bottom="1440" w:left="1800" w:header="1417" w:footer="964" w:gutter="0"/>
          <w:cols w:space="720"/>
          <w:docGrid w:linePitch="360"/>
        </w:sectPr>
      </w:pPr>
    </w:p>
    <w:p w14:paraId="1DE00039" w14:textId="77777777" w:rsidR="0029605A" w:rsidRPr="0029605A" w:rsidRDefault="0029605A" w:rsidP="00A63FED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highlight w:val="yellow"/>
          <w:lang w:val="it-IT"/>
        </w:rPr>
      </w:pPr>
    </w:p>
    <w:p w14:paraId="364CA875" w14:textId="2CE10AC0" w:rsidR="000662CB" w:rsidRDefault="000662CB" w:rsidP="00A63FED">
      <w:pPr>
        <w:spacing w:line="360" w:lineRule="auto"/>
        <w:jc w:val="center"/>
        <w:rPr>
          <w:rFonts w:ascii="Arial" w:hAnsi="Arial" w:cs="Arial"/>
          <w:b/>
          <w:bCs/>
          <w:color w:val="365F91" w:themeColor="accent1" w:themeShade="BF"/>
          <w:sz w:val="28"/>
          <w:szCs w:val="28"/>
          <w:lang w:val="it-IT"/>
        </w:rPr>
      </w:pPr>
      <w:r>
        <w:rPr>
          <w:rFonts w:ascii="Arial" w:hAnsi="Arial" w:cs="Arial"/>
          <w:b/>
          <w:bCs/>
          <w:color w:val="365F91" w:themeColor="accent1" w:themeShade="BF"/>
          <w:sz w:val="28"/>
          <w:szCs w:val="28"/>
          <w:lang w:val="it-IT"/>
        </w:rPr>
        <w:t xml:space="preserve">Allegato </w:t>
      </w:r>
      <w:r w:rsidR="007C674D">
        <w:rPr>
          <w:rFonts w:ascii="Arial" w:hAnsi="Arial" w:cs="Arial"/>
          <w:b/>
          <w:bCs/>
          <w:color w:val="365F91" w:themeColor="accent1" w:themeShade="BF"/>
          <w:sz w:val="28"/>
          <w:szCs w:val="28"/>
          <w:lang w:val="it-IT"/>
        </w:rPr>
        <w:t>1</w:t>
      </w:r>
    </w:p>
    <w:p w14:paraId="1AB323B7" w14:textId="5CBA57BB" w:rsidR="005709C1" w:rsidRPr="0029605A" w:rsidRDefault="00655E06" w:rsidP="00A63FED">
      <w:pPr>
        <w:spacing w:line="360" w:lineRule="auto"/>
        <w:jc w:val="center"/>
        <w:rPr>
          <w:rFonts w:ascii="Arial" w:hAnsi="Arial" w:cs="Arial"/>
          <w:b/>
          <w:bCs/>
          <w:color w:val="365F91" w:themeColor="accent1" w:themeShade="BF"/>
          <w:sz w:val="28"/>
          <w:szCs w:val="28"/>
          <w:lang w:val="it-IT"/>
        </w:rPr>
      </w:pPr>
      <w:r>
        <w:rPr>
          <w:rFonts w:ascii="Arial" w:hAnsi="Arial" w:cs="Arial"/>
          <w:b/>
          <w:bCs/>
          <w:color w:val="365F91" w:themeColor="accent1" w:themeShade="BF"/>
          <w:sz w:val="28"/>
          <w:szCs w:val="28"/>
          <w:lang w:val="it-IT"/>
        </w:rPr>
        <w:t>SOLUZIONE</w:t>
      </w:r>
      <w:r w:rsidR="000662CB">
        <w:rPr>
          <w:rFonts w:ascii="Arial" w:hAnsi="Arial" w:cs="Arial"/>
          <w:b/>
          <w:bCs/>
          <w:color w:val="365F91" w:themeColor="accent1" w:themeShade="BF"/>
          <w:sz w:val="28"/>
          <w:szCs w:val="28"/>
          <w:lang w:val="it-IT"/>
        </w:rPr>
        <w:t xml:space="preserve"> </w:t>
      </w:r>
      <w:r w:rsidR="00FD3A90" w:rsidRPr="0029605A">
        <w:rPr>
          <w:rFonts w:ascii="Arial" w:hAnsi="Arial" w:cs="Arial"/>
          <w:b/>
          <w:bCs/>
          <w:color w:val="365F91" w:themeColor="accent1" w:themeShade="BF"/>
          <w:sz w:val="28"/>
          <w:szCs w:val="28"/>
          <w:lang w:val="it-IT"/>
        </w:rPr>
        <w:t>PROGETTUALE</w:t>
      </w:r>
    </w:p>
    <w:p w14:paraId="5DE76817" w14:textId="77777777" w:rsidR="00FD3A90" w:rsidRDefault="00FD3A90" w:rsidP="00A63FED">
      <w:pPr>
        <w:spacing w:before="720" w:after="0" w:line="360" w:lineRule="auto"/>
        <w:jc w:val="left"/>
        <w:rPr>
          <w:rFonts w:ascii="Arial" w:hAnsi="Arial" w:cs="Arial"/>
          <w:b/>
          <w:bCs/>
          <w:color w:val="365F91" w:themeColor="accent1" w:themeShade="BF"/>
          <w:sz w:val="28"/>
          <w:szCs w:val="28"/>
          <w:lang w:val="it-IT"/>
        </w:rPr>
      </w:pPr>
    </w:p>
    <w:p w14:paraId="1D00C47C" w14:textId="77777777" w:rsidR="00D4269E" w:rsidRPr="0029605A" w:rsidRDefault="00D4269E" w:rsidP="00A63FED">
      <w:pPr>
        <w:spacing w:before="720" w:after="0" w:line="360" w:lineRule="auto"/>
        <w:jc w:val="left"/>
        <w:rPr>
          <w:rFonts w:ascii="Arial" w:hAnsi="Arial" w:cs="Arial"/>
          <w:b/>
          <w:bCs/>
          <w:color w:val="365F91" w:themeColor="accent1" w:themeShade="BF"/>
          <w:sz w:val="28"/>
          <w:szCs w:val="28"/>
          <w:lang w:val="it-IT"/>
        </w:rPr>
      </w:pPr>
    </w:p>
    <w:p w14:paraId="39547393" w14:textId="0A0FAC55" w:rsidR="005A2F3C" w:rsidRPr="0029605A" w:rsidRDefault="000F1DF3" w:rsidP="00A63FED">
      <w:pPr>
        <w:spacing w:before="720" w:after="0" w:line="360" w:lineRule="auto"/>
        <w:jc w:val="left"/>
        <w:rPr>
          <w:rFonts w:ascii="Arial" w:hAnsi="Arial" w:cs="Arial"/>
          <w:b/>
          <w:bCs/>
          <w:color w:val="365F91" w:themeColor="accent1" w:themeShade="BF"/>
          <w:sz w:val="28"/>
          <w:szCs w:val="28"/>
          <w:lang w:val="it-IT"/>
        </w:rPr>
      </w:pPr>
      <w:r w:rsidRPr="0029605A">
        <w:rPr>
          <w:rFonts w:ascii="Arial" w:hAnsi="Arial" w:cs="Arial"/>
          <w:b/>
          <w:bCs/>
          <w:color w:val="365F91" w:themeColor="accent1" w:themeShade="BF"/>
          <w:sz w:val="28"/>
          <w:szCs w:val="28"/>
          <w:lang w:val="it-IT"/>
        </w:rPr>
        <w:t>SOGGETTO PROPONENTE: __________________</w:t>
      </w:r>
    </w:p>
    <w:p w14:paraId="60C15BEE" w14:textId="56332CB1" w:rsidR="000F1DF3" w:rsidRPr="0029605A" w:rsidRDefault="000F1DF3" w:rsidP="00A63FED">
      <w:pPr>
        <w:spacing w:before="720" w:after="0" w:line="360" w:lineRule="auto"/>
        <w:jc w:val="left"/>
        <w:rPr>
          <w:rFonts w:ascii="Arial" w:hAnsi="Arial" w:cs="Arial"/>
          <w:b/>
          <w:bCs/>
          <w:color w:val="365F91" w:themeColor="accent1" w:themeShade="BF"/>
          <w:sz w:val="28"/>
          <w:szCs w:val="28"/>
          <w:lang w:val="it-IT"/>
        </w:rPr>
      </w:pPr>
      <w:r w:rsidRPr="0029605A">
        <w:rPr>
          <w:rFonts w:ascii="Arial" w:hAnsi="Arial" w:cs="Arial"/>
          <w:b/>
          <w:bCs/>
          <w:color w:val="365F91" w:themeColor="accent1" w:themeShade="BF"/>
          <w:sz w:val="28"/>
          <w:szCs w:val="28"/>
          <w:lang w:val="it-IT"/>
        </w:rPr>
        <w:t>TITOLO DEL PROGETTO/SOLUZIONE: __________________</w:t>
      </w:r>
    </w:p>
    <w:p w14:paraId="2976257F" w14:textId="77777777" w:rsidR="005A2F3C" w:rsidRPr="0029605A" w:rsidRDefault="005A2F3C" w:rsidP="00A63FED">
      <w:pPr>
        <w:spacing w:before="720" w:after="0" w:line="360" w:lineRule="auto"/>
        <w:rPr>
          <w:rFonts w:ascii="Arial" w:hAnsi="Arial" w:cs="Arial"/>
          <w:b/>
          <w:bCs/>
          <w:color w:val="365F91" w:themeColor="accent1" w:themeShade="BF"/>
          <w:sz w:val="28"/>
          <w:szCs w:val="28"/>
          <w:lang w:val="it-IT"/>
        </w:rPr>
      </w:pPr>
    </w:p>
    <w:p w14:paraId="3A9A9625" w14:textId="7F1ED9BC" w:rsidR="005A2F3C" w:rsidRPr="0029605A" w:rsidRDefault="001D0844" w:rsidP="001D0844">
      <w:pPr>
        <w:jc w:val="left"/>
        <w:rPr>
          <w:rFonts w:ascii="Arial" w:hAnsi="Arial" w:cs="Arial"/>
          <w:b/>
          <w:bCs/>
          <w:color w:val="365F91" w:themeColor="accent1" w:themeShade="BF"/>
          <w:sz w:val="28"/>
          <w:szCs w:val="28"/>
          <w:lang w:val="it-IT"/>
        </w:rPr>
        <w:sectPr w:rsidR="005A2F3C" w:rsidRPr="0029605A" w:rsidSect="007F016B">
          <w:headerReference w:type="default" r:id="rId12"/>
          <w:footerReference w:type="default" r:id="rId13"/>
          <w:pgSz w:w="12240" w:h="15840"/>
          <w:pgMar w:top="1440" w:right="1800" w:bottom="1440" w:left="1800" w:header="1531" w:footer="964" w:gutter="0"/>
          <w:pgNumType w:start="0"/>
          <w:cols w:space="720"/>
          <w:docGrid w:linePitch="360"/>
        </w:sectPr>
      </w:pPr>
      <w:r>
        <w:rPr>
          <w:rFonts w:ascii="Arial" w:hAnsi="Arial" w:cs="Arial"/>
          <w:b/>
          <w:bCs/>
          <w:color w:val="365F91" w:themeColor="accent1" w:themeShade="BF"/>
          <w:sz w:val="28"/>
          <w:szCs w:val="28"/>
          <w:lang w:val="it-IT"/>
        </w:rPr>
        <w:br w:type="page"/>
      </w:r>
    </w:p>
    <w:p w14:paraId="4285639C" w14:textId="7DC0402F" w:rsidR="000F1DF3" w:rsidRPr="0029605A" w:rsidRDefault="002278E5" w:rsidP="00EB338A">
      <w:pPr>
        <w:pStyle w:val="Paragrafoelenco"/>
        <w:numPr>
          <w:ilvl w:val="0"/>
          <w:numId w:val="10"/>
        </w:numPr>
        <w:spacing w:after="0" w:line="360" w:lineRule="auto"/>
        <w:rPr>
          <w:rFonts w:ascii="Arial" w:hAnsi="Arial" w:cs="Arial"/>
          <w:b/>
          <w:bCs/>
          <w:color w:val="365F91" w:themeColor="accent1" w:themeShade="BF"/>
          <w:sz w:val="24"/>
          <w:szCs w:val="24"/>
          <w:lang w:val="it-IT"/>
        </w:rPr>
      </w:pPr>
      <w:bookmarkStart w:id="0" w:name="_Hlk201853432"/>
      <w:bookmarkStart w:id="1" w:name="_Toc201065051"/>
      <w:r w:rsidRPr="0029605A">
        <w:rPr>
          <w:rFonts w:ascii="Arial" w:hAnsi="Arial" w:cs="Arial"/>
          <w:b/>
          <w:bCs/>
          <w:color w:val="365F91" w:themeColor="accent1" w:themeShade="BF"/>
          <w:sz w:val="24"/>
          <w:szCs w:val="24"/>
          <w:lang w:val="it-IT"/>
        </w:rPr>
        <w:lastRenderedPageBreak/>
        <w:t xml:space="preserve">SFIDA TECNOLOGICA SCELTA E AMBITO DI APPLICAZIONE NELLA </w:t>
      </w:r>
      <w:r w:rsidR="00E04800">
        <w:rPr>
          <w:rFonts w:ascii="Arial" w:hAnsi="Arial" w:cs="Arial"/>
          <w:b/>
          <w:bCs/>
          <w:color w:val="365F91" w:themeColor="accent1" w:themeShade="BF"/>
          <w:sz w:val="24"/>
          <w:szCs w:val="24"/>
          <w:lang w:val="it-IT"/>
        </w:rPr>
        <w:t>SMART CITY</w:t>
      </w:r>
    </w:p>
    <w:bookmarkEnd w:id="0"/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62"/>
        <w:gridCol w:w="5812"/>
        <w:gridCol w:w="3588"/>
      </w:tblGrid>
      <w:tr w:rsidR="000F1DF3" w:rsidRPr="0010412F" w14:paraId="28B609B4" w14:textId="77777777" w:rsidTr="00EA054A">
        <w:trPr>
          <w:trHeight w:val="503"/>
        </w:trPr>
        <w:tc>
          <w:tcPr>
            <w:tcW w:w="282" w:type="pct"/>
            <w:shd w:val="clear" w:color="auto" w:fill="C6D9F1" w:themeFill="text2" w:themeFillTint="33"/>
            <w:vAlign w:val="center"/>
          </w:tcPr>
          <w:p w14:paraId="68AECC28" w14:textId="77777777" w:rsidR="000F1DF3" w:rsidRPr="0029605A" w:rsidRDefault="000F1DF3" w:rsidP="00B74B57">
            <w:pPr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917" w:type="pct"/>
            <w:shd w:val="clear" w:color="auto" w:fill="C6D9F1" w:themeFill="text2" w:themeFillTint="33"/>
            <w:vAlign w:val="center"/>
          </w:tcPr>
          <w:p w14:paraId="14DB15CB" w14:textId="0C1F4054" w:rsidR="000F1DF3" w:rsidRPr="0029605A" w:rsidRDefault="000F1DF3" w:rsidP="00B74B5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29605A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Sfida tecnologica</w:t>
            </w:r>
          </w:p>
        </w:tc>
        <w:tc>
          <w:tcPr>
            <w:tcW w:w="1801" w:type="pct"/>
            <w:shd w:val="clear" w:color="auto" w:fill="C6D9F1" w:themeFill="text2" w:themeFillTint="33"/>
            <w:vAlign w:val="center"/>
          </w:tcPr>
          <w:p w14:paraId="36F17167" w14:textId="1F076F55" w:rsidR="000F1DF3" w:rsidRPr="00E04800" w:rsidRDefault="000F1DF3" w:rsidP="00B74B57">
            <w:pPr>
              <w:jc w:val="center"/>
              <w:rPr>
                <w:lang w:val="it-IT"/>
              </w:rPr>
            </w:pPr>
            <w:r w:rsidRPr="0029605A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Applicazioni </w:t>
            </w:r>
            <w:r w:rsidR="00E0480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Smart City</w:t>
            </w:r>
          </w:p>
          <w:p w14:paraId="33DFB881" w14:textId="685EE216" w:rsidR="00A859F6" w:rsidRPr="00A859F6" w:rsidRDefault="00A859F6" w:rsidP="00B74B57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it-IT"/>
              </w:rPr>
            </w:pPr>
            <w:r w:rsidRPr="00A859F6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 </w:t>
            </w:r>
            <w:r w:rsidRPr="00A859F6">
              <w:rPr>
                <w:rFonts w:ascii="Arial" w:hAnsi="Arial" w:cs="Arial"/>
                <w:i/>
                <w:iCs/>
                <w:sz w:val="14"/>
                <w:szCs w:val="14"/>
                <w:lang w:val="it-IT"/>
              </w:rPr>
              <w:t xml:space="preserve">Indicare massimo 3 applicazioni </w:t>
            </w:r>
            <w:r w:rsidR="00E04800">
              <w:rPr>
                <w:rFonts w:ascii="Arial" w:hAnsi="Arial" w:cs="Arial"/>
                <w:i/>
                <w:iCs/>
                <w:sz w:val="14"/>
                <w:szCs w:val="14"/>
                <w:lang w:val="it-IT"/>
              </w:rPr>
              <w:t>Smart City</w:t>
            </w:r>
            <w:r w:rsidRPr="00A859F6">
              <w:rPr>
                <w:rFonts w:ascii="Arial" w:hAnsi="Arial" w:cs="Arial"/>
                <w:i/>
                <w:iCs/>
                <w:sz w:val="14"/>
                <w:szCs w:val="14"/>
                <w:lang w:val="it-IT"/>
              </w:rPr>
              <w:t xml:space="preserve"> indicate all’Art. 2 dell’Avviso in corrispondenza della sfida tecnologica scelta.</w:t>
            </w:r>
          </w:p>
        </w:tc>
      </w:tr>
      <w:tr w:rsidR="000F1DF3" w:rsidRPr="0029605A" w14:paraId="3343DA69" w14:textId="77777777" w:rsidTr="00EA054A">
        <w:sdt>
          <w:sdtPr>
            <w:rPr>
              <w:rFonts w:ascii="Arial" w:hAnsi="Arial" w:cs="Arial"/>
              <w:sz w:val="20"/>
              <w:szCs w:val="20"/>
              <w:lang w:val="it-IT"/>
            </w:rPr>
            <w:id w:val="1213930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2" w:type="pct"/>
                <w:vAlign w:val="center"/>
              </w:tcPr>
              <w:p w14:paraId="6A9EF3E3" w14:textId="683086E6" w:rsidR="000F1DF3" w:rsidRPr="0029605A" w:rsidRDefault="00A22925" w:rsidP="00A22925">
                <w:pPr>
                  <w:spacing w:line="360" w:lineRule="auto"/>
                  <w:jc w:val="left"/>
                  <w:rPr>
                    <w:rFonts w:ascii="Arial" w:hAnsi="Arial" w:cs="Arial"/>
                    <w:sz w:val="20"/>
                    <w:szCs w:val="20"/>
                    <w:lang w:val="it-IT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it-IT"/>
                  </w:rPr>
                  <w:t>☐</w:t>
                </w:r>
              </w:p>
            </w:tc>
          </w:sdtContent>
        </w:sdt>
        <w:tc>
          <w:tcPr>
            <w:tcW w:w="2917" w:type="pct"/>
            <w:vAlign w:val="center"/>
          </w:tcPr>
          <w:p w14:paraId="6EFF3FD3" w14:textId="77777777" w:rsidR="000F1DF3" w:rsidRPr="0029605A" w:rsidRDefault="000F1DF3" w:rsidP="00B74B57">
            <w:pPr>
              <w:pStyle w:val="Paragrafoelenco"/>
              <w:numPr>
                <w:ilvl w:val="0"/>
                <w:numId w:val="9"/>
              </w:numPr>
              <w:spacing w:line="276" w:lineRule="auto"/>
              <w:jc w:val="left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9605A">
              <w:rPr>
                <w:rFonts w:ascii="Arial" w:hAnsi="Arial" w:cs="Arial"/>
                <w:sz w:val="20"/>
                <w:szCs w:val="20"/>
                <w:lang w:val="it-IT"/>
              </w:rPr>
              <w:t xml:space="preserve">Quantum computing e quantum </w:t>
            </w:r>
            <w:proofErr w:type="spellStart"/>
            <w:r w:rsidRPr="0029605A">
              <w:rPr>
                <w:rFonts w:ascii="Arial" w:hAnsi="Arial" w:cs="Arial"/>
                <w:sz w:val="20"/>
                <w:szCs w:val="20"/>
                <w:lang w:val="it-IT"/>
              </w:rPr>
              <w:t>artificial</w:t>
            </w:r>
            <w:proofErr w:type="spellEnd"/>
            <w:r w:rsidRPr="0029605A">
              <w:rPr>
                <w:rFonts w:ascii="Arial" w:hAnsi="Arial" w:cs="Arial"/>
                <w:sz w:val="20"/>
                <w:szCs w:val="20"/>
                <w:lang w:val="it-IT"/>
              </w:rPr>
              <w:t xml:space="preserve"> intelligence per Smart Cities</w:t>
            </w:r>
          </w:p>
        </w:tc>
        <w:tc>
          <w:tcPr>
            <w:tcW w:w="1801" w:type="pct"/>
            <w:vAlign w:val="center"/>
          </w:tcPr>
          <w:p w14:paraId="5140853A" w14:textId="77777777" w:rsidR="000F1DF3" w:rsidRPr="0029605A" w:rsidRDefault="000F1DF3" w:rsidP="00A22925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0F1DF3" w:rsidRPr="0029605A" w14:paraId="0D44C38B" w14:textId="77777777" w:rsidTr="00EA054A">
        <w:sdt>
          <w:sdtPr>
            <w:rPr>
              <w:rFonts w:ascii="Arial" w:hAnsi="Arial" w:cs="Arial"/>
              <w:sz w:val="20"/>
              <w:szCs w:val="20"/>
              <w:lang w:val="it-IT"/>
            </w:rPr>
            <w:id w:val="2048874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2" w:type="pct"/>
                <w:vAlign w:val="center"/>
              </w:tcPr>
              <w:p w14:paraId="4D1ECDE7" w14:textId="77777777" w:rsidR="000F1DF3" w:rsidRPr="0029605A" w:rsidRDefault="000F1DF3" w:rsidP="00A22925">
                <w:pPr>
                  <w:spacing w:line="360" w:lineRule="auto"/>
                  <w:jc w:val="left"/>
                  <w:rPr>
                    <w:rFonts w:ascii="Arial" w:hAnsi="Arial" w:cs="Arial"/>
                    <w:sz w:val="20"/>
                    <w:szCs w:val="20"/>
                    <w:lang w:val="it-IT"/>
                  </w:rPr>
                </w:pPr>
                <w:r w:rsidRPr="0029605A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p>
            </w:tc>
          </w:sdtContent>
        </w:sdt>
        <w:tc>
          <w:tcPr>
            <w:tcW w:w="2917" w:type="pct"/>
            <w:vAlign w:val="center"/>
          </w:tcPr>
          <w:p w14:paraId="31CDF601" w14:textId="77777777" w:rsidR="000F1DF3" w:rsidRPr="0029605A" w:rsidRDefault="000F1DF3" w:rsidP="00B74B57">
            <w:pPr>
              <w:pStyle w:val="Paragrafoelenco"/>
              <w:numPr>
                <w:ilvl w:val="0"/>
                <w:numId w:val="9"/>
              </w:numPr>
              <w:spacing w:line="276" w:lineRule="auto"/>
              <w:jc w:val="left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29605A">
              <w:rPr>
                <w:rFonts w:ascii="Arial" w:hAnsi="Arial" w:cs="Arial"/>
                <w:sz w:val="20"/>
                <w:szCs w:val="20"/>
                <w:lang w:val="it-IT"/>
              </w:rPr>
              <w:t xml:space="preserve">Quantum </w:t>
            </w:r>
            <w:proofErr w:type="spellStart"/>
            <w:r w:rsidRPr="0029605A">
              <w:rPr>
                <w:rFonts w:ascii="Arial" w:hAnsi="Arial" w:cs="Arial"/>
                <w:sz w:val="20"/>
                <w:szCs w:val="20"/>
                <w:lang w:val="it-IT"/>
              </w:rPr>
              <w:t>communication</w:t>
            </w:r>
            <w:proofErr w:type="spellEnd"/>
            <w:r w:rsidRPr="0029605A">
              <w:rPr>
                <w:rFonts w:ascii="Arial" w:hAnsi="Arial" w:cs="Arial"/>
                <w:sz w:val="20"/>
                <w:szCs w:val="20"/>
                <w:lang w:val="it-IT"/>
              </w:rPr>
              <w:t xml:space="preserve"> e quantum random </w:t>
            </w:r>
            <w:proofErr w:type="spellStart"/>
            <w:r w:rsidRPr="0029605A">
              <w:rPr>
                <w:rFonts w:ascii="Arial" w:hAnsi="Arial" w:cs="Arial"/>
                <w:sz w:val="20"/>
                <w:szCs w:val="20"/>
                <w:lang w:val="it-IT"/>
              </w:rPr>
              <w:t>number</w:t>
            </w:r>
            <w:proofErr w:type="spellEnd"/>
            <w:r w:rsidRPr="0029605A">
              <w:rPr>
                <w:rFonts w:ascii="Arial" w:hAnsi="Arial" w:cs="Arial"/>
                <w:sz w:val="20"/>
                <w:szCs w:val="20"/>
                <w:lang w:val="it-IT"/>
              </w:rPr>
              <w:t xml:space="preserve"> generation per Smart Cities</w:t>
            </w:r>
          </w:p>
        </w:tc>
        <w:tc>
          <w:tcPr>
            <w:tcW w:w="1801" w:type="pct"/>
            <w:vAlign w:val="center"/>
          </w:tcPr>
          <w:p w14:paraId="45634B18" w14:textId="77777777" w:rsidR="000F1DF3" w:rsidRPr="0029605A" w:rsidRDefault="000F1DF3" w:rsidP="00A22925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0F1DF3" w:rsidRPr="0029605A" w14:paraId="3103B601" w14:textId="77777777" w:rsidTr="00EA054A">
        <w:sdt>
          <w:sdtPr>
            <w:rPr>
              <w:rFonts w:ascii="Arial" w:hAnsi="Arial" w:cs="Arial"/>
              <w:sz w:val="20"/>
              <w:szCs w:val="20"/>
              <w:lang w:val="it-IT"/>
            </w:rPr>
            <w:id w:val="-187303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2" w:type="pct"/>
                <w:vAlign w:val="center"/>
              </w:tcPr>
              <w:p w14:paraId="220E6D96" w14:textId="77777777" w:rsidR="000F1DF3" w:rsidRPr="0029605A" w:rsidRDefault="000F1DF3" w:rsidP="00A22925">
                <w:pPr>
                  <w:spacing w:line="360" w:lineRule="auto"/>
                  <w:jc w:val="left"/>
                  <w:rPr>
                    <w:rFonts w:ascii="Arial" w:hAnsi="Arial" w:cs="Arial"/>
                    <w:sz w:val="20"/>
                    <w:szCs w:val="20"/>
                    <w:lang w:val="it-IT"/>
                  </w:rPr>
                </w:pPr>
                <w:r w:rsidRPr="0029605A">
                  <w:rPr>
                    <w:rFonts w:ascii="Segoe UI Symbol" w:eastAsia="MS Gothic" w:hAnsi="Segoe UI Symbol" w:cs="Segoe UI Symbol"/>
                    <w:sz w:val="20"/>
                    <w:szCs w:val="20"/>
                    <w:lang w:val="it-IT"/>
                  </w:rPr>
                  <w:t>☐</w:t>
                </w:r>
              </w:p>
            </w:tc>
          </w:sdtContent>
        </w:sdt>
        <w:tc>
          <w:tcPr>
            <w:tcW w:w="2917" w:type="pct"/>
            <w:vAlign w:val="center"/>
          </w:tcPr>
          <w:p w14:paraId="1E8ECEEA" w14:textId="77777777" w:rsidR="000F1DF3" w:rsidRPr="0029605A" w:rsidRDefault="000F1DF3" w:rsidP="00B74B57">
            <w:pPr>
              <w:pStyle w:val="Paragrafoelenco"/>
              <w:numPr>
                <w:ilvl w:val="0"/>
                <w:numId w:val="9"/>
              </w:numPr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9605A">
              <w:rPr>
                <w:rFonts w:ascii="Arial" w:hAnsi="Arial" w:cs="Arial"/>
                <w:sz w:val="20"/>
                <w:szCs w:val="20"/>
              </w:rPr>
              <w:t xml:space="preserve">Quantum Sensing per Smart Cities </w:t>
            </w:r>
          </w:p>
        </w:tc>
        <w:tc>
          <w:tcPr>
            <w:tcW w:w="1801" w:type="pct"/>
            <w:vAlign w:val="center"/>
          </w:tcPr>
          <w:p w14:paraId="67A49C0E" w14:textId="77777777" w:rsidR="000F1DF3" w:rsidRPr="0029605A" w:rsidRDefault="000F1DF3" w:rsidP="00A22925">
            <w:pPr>
              <w:spacing w:line="36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812404" w14:textId="3013A7D8" w:rsidR="00EB338A" w:rsidRPr="00A22925" w:rsidRDefault="00EB338A" w:rsidP="00EB338A">
      <w:pPr>
        <w:spacing w:line="360" w:lineRule="auto"/>
        <w:rPr>
          <w:rFonts w:ascii="Arial" w:hAnsi="Arial" w:cs="Arial"/>
        </w:rPr>
      </w:pPr>
    </w:p>
    <w:p w14:paraId="1E5A070B" w14:textId="3156F811" w:rsidR="006978BB" w:rsidRPr="0029605A" w:rsidRDefault="002278E5" w:rsidP="00EB338A">
      <w:pPr>
        <w:pStyle w:val="Paragrafoelenco"/>
        <w:numPr>
          <w:ilvl w:val="0"/>
          <w:numId w:val="10"/>
        </w:numPr>
        <w:spacing w:after="0" w:line="360" w:lineRule="auto"/>
        <w:rPr>
          <w:rFonts w:ascii="Arial" w:hAnsi="Arial" w:cs="Arial"/>
          <w:b/>
          <w:bCs/>
          <w:color w:val="365F91" w:themeColor="accent1" w:themeShade="BF"/>
          <w:sz w:val="24"/>
          <w:szCs w:val="24"/>
          <w:lang w:val="it-IT"/>
        </w:rPr>
      </w:pPr>
      <w:bookmarkStart w:id="2" w:name="_Hlk201853511"/>
      <w:r w:rsidRPr="0029605A">
        <w:rPr>
          <w:rFonts w:ascii="Arial" w:hAnsi="Arial" w:cs="Arial"/>
          <w:b/>
          <w:bCs/>
          <w:color w:val="365F91" w:themeColor="accent1" w:themeShade="BF"/>
          <w:sz w:val="24"/>
          <w:szCs w:val="24"/>
          <w:lang w:val="it-IT"/>
        </w:rPr>
        <w:t xml:space="preserve">PROPOSTA PROGETTUALE </w:t>
      </w:r>
      <w:bookmarkStart w:id="3" w:name="_Hlk201853564"/>
      <w:bookmarkEnd w:id="2"/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2278E5" w:rsidRPr="0029605A" w14:paraId="69A5C9CC" w14:textId="77777777" w:rsidTr="00EA054A">
        <w:trPr>
          <w:trHeight w:val="8204"/>
        </w:trPr>
        <w:tc>
          <w:tcPr>
            <w:tcW w:w="5000" w:type="pct"/>
          </w:tcPr>
          <w:bookmarkEnd w:id="3"/>
          <w:p w14:paraId="46E6DF4D" w14:textId="5117DB8B" w:rsidR="002278E5" w:rsidRPr="0029605A" w:rsidRDefault="002278E5" w:rsidP="00EB338A">
            <w:pPr>
              <w:spacing w:line="360" w:lineRule="auto"/>
              <w:rPr>
                <w:rFonts w:ascii="Arial" w:hAnsi="Arial" w:cs="Arial"/>
                <w:lang w:val="it-IT"/>
              </w:rPr>
            </w:pPr>
            <w:r w:rsidRPr="0029605A">
              <w:rPr>
                <w:rFonts w:ascii="Arial" w:hAnsi="Arial" w:cs="Arial"/>
                <w:lang w:val="it-IT"/>
              </w:rPr>
              <w:t xml:space="preserve">Inserire testo </w:t>
            </w:r>
          </w:p>
          <w:p w14:paraId="305011FA" w14:textId="77777777" w:rsidR="00EB338A" w:rsidRDefault="00EB338A" w:rsidP="00EB338A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  <w:p w14:paraId="50C67C92" w14:textId="77777777" w:rsidR="002278E5" w:rsidRPr="0029605A" w:rsidRDefault="002278E5" w:rsidP="00EB338A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</w:tr>
    </w:tbl>
    <w:p w14:paraId="657E8E0C" w14:textId="77777777" w:rsidR="00EB338A" w:rsidRPr="0029605A" w:rsidRDefault="00EB338A" w:rsidP="00A642F9">
      <w:pPr>
        <w:pStyle w:val="Paragrafoelenco"/>
        <w:spacing w:line="360" w:lineRule="auto"/>
        <w:ind w:left="360"/>
        <w:jc w:val="right"/>
        <w:rPr>
          <w:rFonts w:ascii="Arial" w:hAnsi="Arial" w:cs="Arial"/>
          <w:b/>
          <w:bCs/>
          <w:color w:val="FF0000"/>
          <w:sz w:val="28"/>
          <w:szCs w:val="28"/>
          <w:lang w:val="it-IT"/>
        </w:rPr>
      </w:pPr>
    </w:p>
    <w:p w14:paraId="0C1B9B1D" w14:textId="2320325E" w:rsidR="3979A48E" w:rsidRPr="0029605A" w:rsidRDefault="002278E5" w:rsidP="00EC3B0A">
      <w:pPr>
        <w:pStyle w:val="Paragrafoelenco"/>
        <w:numPr>
          <w:ilvl w:val="0"/>
          <w:numId w:val="10"/>
        </w:numPr>
        <w:spacing w:after="0" w:line="240" w:lineRule="auto"/>
        <w:rPr>
          <w:rFonts w:ascii="Arial" w:hAnsi="Arial" w:cs="Arial"/>
          <w:b/>
          <w:bCs/>
          <w:color w:val="365F91" w:themeColor="accent1" w:themeShade="BF"/>
          <w:sz w:val="24"/>
          <w:szCs w:val="24"/>
          <w:lang w:val="it-IT"/>
        </w:rPr>
      </w:pPr>
      <w:r w:rsidRPr="0029605A">
        <w:rPr>
          <w:rFonts w:ascii="Arial" w:hAnsi="Arial" w:cs="Arial"/>
          <w:b/>
          <w:bCs/>
          <w:color w:val="365F91" w:themeColor="accent1" w:themeShade="BF"/>
          <w:sz w:val="24"/>
          <w:szCs w:val="24"/>
          <w:lang w:val="it-IT"/>
        </w:rPr>
        <w:lastRenderedPageBreak/>
        <w:t xml:space="preserve">DESCRIZIONE DELLA MATURITÀ TECNICA/TECNOLOGICA DELLA SOLUZIONE PROGETTUALE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2278E5" w:rsidRPr="0029605A" w14:paraId="578ECC53" w14:textId="77777777" w:rsidTr="00EA054A">
        <w:trPr>
          <w:trHeight w:val="9308"/>
        </w:trPr>
        <w:tc>
          <w:tcPr>
            <w:tcW w:w="5000" w:type="pct"/>
          </w:tcPr>
          <w:p w14:paraId="723EE995" w14:textId="3447470F" w:rsidR="002278E5" w:rsidRDefault="002278E5" w:rsidP="00EB338A">
            <w:pPr>
              <w:spacing w:line="360" w:lineRule="auto"/>
              <w:rPr>
                <w:rFonts w:ascii="Arial" w:hAnsi="Arial" w:cs="Arial"/>
                <w:lang w:val="it-IT"/>
              </w:rPr>
            </w:pPr>
            <w:r w:rsidRPr="0029605A">
              <w:rPr>
                <w:rFonts w:ascii="Arial" w:hAnsi="Arial" w:cs="Arial"/>
                <w:lang w:val="it-IT"/>
              </w:rPr>
              <w:t xml:space="preserve">Inserire testo </w:t>
            </w:r>
          </w:p>
          <w:p w14:paraId="1676A0D3" w14:textId="77777777" w:rsidR="00EB338A" w:rsidRPr="0029605A" w:rsidRDefault="00EB338A" w:rsidP="00EB338A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  <w:p w14:paraId="4D6284D5" w14:textId="7383882C" w:rsidR="002278E5" w:rsidRPr="0029605A" w:rsidRDefault="002278E5" w:rsidP="00EB338A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</w:tr>
    </w:tbl>
    <w:p w14:paraId="2837D3A0" w14:textId="77777777" w:rsidR="00EB4843" w:rsidRPr="0029605A" w:rsidRDefault="00EB4843" w:rsidP="00EB338A">
      <w:pPr>
        <w:spacing w:line="360" w:lineRule="auto"/>
        <w:rPr>
          <w:rFonts w:ascii="Arial" w:hAnsi="Arial" w:cs="Arial"/>
          <w:lang w:val="it-IT"/>
        </w:rPr>
      </w:pPr>
    </w:p>
    <w:p w14:paraId="4531DC95" w14:textId="2E97E0F9" w:rsidR="00EB4843" w:rsidRPr="0029605A" w:rsidRDefault="00FB2A39" w:rsidP="00EC3B0A">
      <w:pPr>
        <w:pStyle w:val="Paragrafoelenco"/>
        <w:numPr>
          <w:ilvl w:val="0"/>
          <w:numId w:val="10"/>
        </w:numPr>
        <w:spacing w:line="240" w:lineRule="auto"/>
        <w:rPr>
          <w:rFonts w:ascii="Arial" w:hAnsi="Arial" w:cs="Arial"/>
          <w:b/>
          <w:bCs/>
          <w:color w:val="FF0000"/>
          <w:sz w:val="28"/>
          <w:szCs w:val="28"/>
          <w:lang w:val="it-IT"/>
        </w:rPr>
      </w:pPr>
      <w:r w:rsidRPr="0029605A">
        <w:rPr>
          <w:rFonts w:ascii="Arial" w:hAnsi="Arial" w:cs="Arial"/>
          <w:b/>
          <w:bCs/>
          <w:color w:val="365F91" w:themeColor="accent1" w:themeShade="BF"/>
          <w:sz w:val="24"/>
          <w:szCs w:val="24"/>
          <w:lang w:val="it-IT"/>
        </w:rPr>
        <w:t>LA SOLUZIONE È GIÀ BREVETTATA O È STATA PRESENTATA DOMANDA DI BREVETTO?</w:t>
      </w:r>
    </w:p>
    <w:p w14:paraId="21C2A51D" w14:textId="371E3211" w:rsidR="00EC3B0A" w:rsidRPr="0029605A" w:rsidRDefault="00555F17" w:rsidP="00EC3B0A">
      <w:pPr>
        <w:pStyle w:val="Paragrafoelenco"/>
        <w:spacing w:before="240" w:line="360" w:lineRule="auto"/>
        <w:ind w:left="360"/>
        <w:rPr>
          <w:rFonts w:ascii="Arial" w:hAnsi="Arial" w:cs="Arial"/>
          <w:sz w:val="24"/>
          <w:szCs w:val="24"/>
          <w:lang w:val="it-IT"/>
        </w:rPr>
      </w:pPr>
      <w:sdt>
        <w:sdtPr>
          <w:rPr>
            <w:rFonts w:ascii="Arial" w:hAnsi="Arial" w:cs="Arial"/>
            <w:sz w:val="24"/>
            <w:szCs w:val="24"/>
            <w:lang w:val="it-IT"/>
          </w:rPr>
          <w:id w:val="-363756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4843" w:rsidRPr="0029605A">
            <w:rPr>
              <w:rFonts w:ascii="Segoe UI Symbol" w:eastAsia="MS Gothic" w:hAnsi="Segoe UI Symbol" w:cs="Segoe UI Symbol"/>
              <w:sz w:val="24"/>
              <w:szCs w:val="24"/>
              <w:lang w:val="it-IT"/>
            </w:rPr>
            <w:t>☐</w:t>
          </w:r>
        </w:sdtContent>
      </w:sdt>
      <w:r w:rsidR="00EB4843" w:rsidRPr="0029605A">
        <w:rPr>
          <w:rFonts w:ascii="Arial" w:hAnsi="Arial" w:cs="Arial"/>
          <w:sz w:val="24"/>
          <w:szCs w:val="24"/>
          <w:lang w:val="it-IT"/>
        </w:rPr>
        <w:t xml:space="preserve"> S</w:t>
      </w:r>
      <w:r w:rsidR="00A63FED" w:rsidRPr="0029605A">
        <w:rPr>
          <w:rFonts w:ascii="Arial" w:hAnsi="Arial" w:cs="Arial"/>
          <w:sz w:val="24"/>
          <w:szCs w:val="24"/>
          <w:lang w:val="it-IT"/>
        </w:rPr>
        <w:t>ì</w:t>
      </w:r>
      <w:r w:rsidR="00EB4843" w:rsidRPr="0029605A">
        <w:rPr>
          <w:rFonts w:ascii="Arial" w:hAnsi="Arial" w:cs="Arial"/>
          <w:sz w:val="24"/>
          <w:szCs w:val="24"/>
          <w:lang w:val="it-IT"/>
        </w:rPr>
        <w:t xml:space="preserve">    </w:t>
      </w:r>
      <w:sdt>
        <w:sdtPr>
          <w:rPr>
            <w:rFonts w:ascii="Arial" w:hAnsi="Arial" w:cs="Arial"/>
            <w:sz w:val="24"/>
            <w:szCs w:val="24"/>
            <w:lang w:val="it-IT"/>
          </w:rPr>
          <w:id w:val="2122952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4843" w:rsidRPr="0029605A">
            <w:rPr>
              <w:rFonts w:ascii="Segoe UI Symbol" w:eastAsia="MS Gothic" w:hAnsi="Segoe UI Symbol" w:cs="Segoe UI Symbol"/>
              <w:sz w:val="24"/>
              <w:szCs w:val="24"/>
              <w:lang w:val="it-IT"/>
            </w:rPr>
            <w:t>☐</w:t>
          </w:r>
        </w:sdtContent>
      </w:sdt>
      <w:r w:rsidR="00EB4843" w:rsidRPr="0029605A">
        <w:rPr>
          <w:rFonts w:ascii="Arial" w:hAnsi="Arial" w:cs="Arial"/>
          <w:sz w:val="24"/>
          <w:szCs w:val="24"/>
          <w:lang w:val="it-IT"/>
        </w:rPr>
        <w:t xml:space="preserve"> N</w:t>
      </w:r>
      <w:r w:rsidR="00A63FED" w:rsidRPr="0029605A">
        <w:rPr>
          <w:rFonts w:ascii="Arial" w:hAnsi="Arial" w:cs="Arial"/>
          <w:sz w:val="24"/>
          <w:szCs w:val="24"/>
          <w:lang w:val="it-IT"/>
        </w:rPr>
        <w:t>o</w:t>
      </w:r>
    </w:p>
    <w:p w14:paraId="215CA520" w14:textId="12339050" w:rsidR="00EC3B0A" w:rsidRPr="0029605A" w:rsidRDefault="00EC3B0A" w:rsidP="00EC3B0A">
      <w:pPr>
        <w:pStyle w:val="Paragrafoelenco"/>
        <w:spacing w:before="240" w:line="360" w:lineRule="auto"/>
        <w:ind w:left="360"/>
        <w:rPr>
          <w:rFonts w:ascii="Arial" w:eastAsia="MS Gothic" w:hAnsi="Arial" w:cs="Arial"/>
          <w:sz w:val="24"/>
          <w:szCs w:val="24"/>
          <w:lang w:val="it-IT"/>
        </w:rPr>
      </w:pPr>
      <w:r w:rsidRPr="0029605A">
        <w:rPr>
          <w:rFonts w:ascii="Arial" w:eastAsia="MS Gothic" w:hAnsi="Arial" w:cs="Arial"/>
          <w:sz w:val="24"/>
          <w:szCs w:val="24"/>
          <w:lang w:val="it-IT"/>
        </w:rPr>
        <w:t xml:space="preserve">Se </w:t>
      </w:r>
      <w:r w:rsidRPr="0029605A">
        <w:rPr>
          <w:rFonts w:ascii="Arial" w:eastAsia="MS Gothic" w:hAnsi="Arial" w:cs="Arial"/>
          <w:b/>
          <w:bCs/>
          <w:sz w:val="24"/>
          <w:szCs w:val="24"/>
          <w:lang w:val="it-IT"/>
        </w:rPr>
        <w:t>Sì</w:t>
      </w:r>
      <w:r w:rsidRPr="0029605A">
        <w:rPr>
          <w:rFonts w:ascii="Arial" w:eastAsia="MS Gothic" w:hAnsi="Arial" w:cs="Arial"/>
          <w:sz w:val="24"/>
          <w:szCs w:val="24"/>
          <w:lang w:val="it-IT"/>
        </w:rPr>
        <w:t xml:space="preserve"> allegare documentazione a supporto alla domanda on-line.</w:t>
      </w:r>
    </w:p>
    <w:p w14:paraId="14E223BC" w14:textId="77777777" w:rsidR="00EC3B0A" w:rsidRPr="0029605A" w:rsidRDefault="00EC3B0A" w:rsidP="00EC3B0A">
      <w:pPr>
        <w:pStyle w:val="Paragrafoelenco"/>
        <w:spacing w:before="240" w:line="360" w:lineRule="auto"/>
        <w:ind w:left="360"/>
        <w:rPr>
          <w:rFonts w:ascii="Arial" w:hAnsi="Arial" w:cs="Arial"/>
          <w:sz w:val="24"/>
          <w:szCs w:val="24"/>
          <w:lang w:val="it-IT"/>
        </w:rPr>
      </w:pPr>
    </w:p>
    <w:p w14:paraId="02403BC4" w14:textId="622DCF81" w:rsidR="00067D23" w:rsidRPr="0029605A" w:rsidRDefault="001329CC" w:rsidP="00EB338A">
      <w:pPr>
        <w:pStyle w:val="Paragrafoelenco"/>
        <w:numPr>
          <w:ilvl w:val="0"/>
          <w:numId w:val="10"/>
        </w:numPr>
        <w:spacing w:after="0" w:line="360" w:lineRule="auto"/>
        <w:rPr>
          <w:rFonts w:ascii="Arial" w:hAnsi="Arial" w:cs="Arial"/>
          <w:b/>
          <w:bCs/>
          <w:color w:val="365F91" w:themeColor="accent1" w:themeShade="BF"/>
          <w:sz w:val="24"/>
          <w:szCs w:val="24"/>
          <w:lang w:val="it-IT"/>
        </w:rPr>
      </w:pPr>
      <w:r w:rsidRPr="0029605A">
        <w:rPr>
          <w:rFonts w:ascii="Arial" w:hAnsi="Arial" w:cs="Arial"/>
          <w:b/>
          <w:bCs/>
          <w:color w:val="365F91" w:themeColor="accent1" w:themeShade="BF"/>
          <w:sz w:val="24"/>
          <w:szCs w:val="24"/>
          <w:lang w:val="it-IT"/>
        </w:rPr>
        <w:lastRenderedPageBreak/>
        <w:t xml:space="preserve">DESCRIZIONE DEL TEAM DI PROGETTO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885954" w:rsidRPr="0029605A" w14:paraId="59E872C8" w14:textId="77777777" w:rsidTr="00EA054A">
        <w:trPr>
          <w:trHeight w:val="5344"/>
        </w:trPr>
        <w:tc>
          <w:tcPr>
            <w:tcW w:w="5000" w:type="pct"/>
          </w:tcPr>
          <w:p w14:paraId="7DC3F241" w14:textId="77777777" w:rsidR="00885954" w:rsidRPr="0029605A" w:rsidRDefault="00885954" w:rsidP="00EB338A">
            <w:pPr>
              <w:spacing w:line="360" w:lineRule="auto"/>
              <w:rPr>
                <w:rFonts w:ascii="Arial" w:hAnsi="Arial" w:cs="Arial"/>
                <w:lang w:val="it-IT"/>
              </w:rPr>
            </w:pPr>
            <w:r w:rsidRPr="0029605A">
              <w:rPr>
                <w:rFonts w:ascii="Arial" w:hAnsi="Arial" w:cs="Arial"/>
                <w:lang w:val="it-IT"/>
              </w:rPr>
              <w:t>Inserire testo</w:t>
            </w:r>
          </w:p>
          <w:p w14:paraId="31A812FB" w14:textId="77777777" w:rsidR="00232649" w:rsidRPr="0029605A" w:rsidRDefault="00232649" w:rsidP="00EB338A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  <w:p w14:paraId="6B453AAA" w14:textId="234A65FD" w:rsidR="00885954" w:rsidRPr="0029605A" w:rsidRDefault="00885954" w:rsidP="00EB338A">
            <w:pPr>
              <w:spacing w:line="360" w:lineRule="auto"/>
              <w:rPr>
                <w:rFonts w:ascii="Arial" w:hAnsi="Arial" w:cs="Arial"/>
                <w:lang w:val="it-IT"/>
              </w:rPr>
            </w:pPr>
          </w:p>
        </w:tc>
      </w:tr>
    </w:tbl>
    <w:p w14:paraId="7576EE3F" w14:textId="77777777" w:rsidR="00F57467" w:rsidRPr="0029605A" w:rsidRDefault="00F57467" w:rsidP="00EB338A">
      <w:pPr>
        <w:spacing w:after="0" w:line="360" w:lineRule="auto"/>
        <w:rPr>
          <w:rFonts w:ascii="Arial" w:hAnsi="Arial" w:cs="Arial"/>
          <w:b/>
          <w:bCs/>
          <w:color w:val="365F91" w:themeColor="accent1" w:themeShade="BF"/>
          <w:sz w:val="28"/>
          <w:szCs w:val="28"/>
          <w:lang w:val="it-IT"/>
        </w:rPr>
      </w:pPr>
    </w:p>
    <w:p w14:paraId="1786079C" w14:textId="5CA72900" w:rsidR="002A7104" w:rsidRPr="0029605A" w:rsidRDefault="001329CC" w:rsidP="00EB338A">
      <w:pPr>
        <w:pStyle w:val="Paragrafoelenco"/>
        <w:numPr>
          <w:ilvl w:val="0"/>
          <w:numId w:val="10"/>
        </w:numPr>
        <w:spacing w:after="0" w:line="360" w:lineRule="auto"/>
        <w:rPr>
          <w:rFonts w:ascii="Arial" w:hAnsi="Arial" w:cs="Arial"/>
          <w:b/>
          <w:bCs/>
          <w:color w:val="365F91" w:themeColor="accent1" w:themeShade="BF"/>
          <w:sz w:val="24"/>
          <w:szCs w:val="24"/>
          <w:lang w:val="it-IT"/>
        </w:rPr>
      </w:pPr>
      <w:r w:rsidRPr="0029605A">
        <w:rPr>
          <w:rFonts w:ascii="Arial" w:hAnsi="Arial" w:cs="Arial"/>
          <w:b/>
          <w:bCs/>
          <w:color w:val="365F91" w:themeColor="accent1" w:themeShade="BF"/>
          <w:sz w:val="24"/>
          <w:szCs w:val="24"/>
          <w:lang w:val="it-IT"/>
        </w:rPr>
        <w:t>BUDGET DI PROGETTO</w:t>
      </w:r>
      <w:r w:rsidR="002B23DC">
        <w:rPr>
          <w:rFonts w:ascii="Arial" w:hAnsi="Arial" w:cs="Arial"/>
          <w:b/>
          <w:bCs/>
          <w:color w:val="365F91" w:themeColor="accent1" w:themeShade="BF"/>
          <w:sz w:val="24"/>
          <w:szCs w:val="24"/>
          <w:lang w:val="it-IT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88"/>
        <w:gridCol w:w="2674"/>
      </w:tblGrid>
      <w:tr w:rsidR="00F8041B" w:rsidRPr="0029605A" w14:paraId="6D36D703" w14:textId="77777777" w:rsidTr="00EA054A">
        <w:trPr>
          <w:trHeight w:val="459"/>
        </w:trPr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75938C5" w14:textId="77777777" w:rsidR="00F8041B" w:rsidRPr="0029605A" w:rsidRDefault="00F8041B" w:rsidP="002B2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29605A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VOCE DI SPESA</w:t>
            </w:r>
          </w:p>
        </w:tc>
        <w:tc>
          <w:tcPr>
            <w:tcW w:w="1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44E3AB7E" w14:textId="77777777" w:rsidR="00F8041B" w:rsidRPr="0029605A" w:rsidRDefault="00F8041B" w:rsidP="002B2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29605A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IMPORTO</w:t>
            </w:r>
          </w:p>
        </w:tc>
      </w:tr>
      <w:tr w:rsidR="00F8041B" w:rsidRPr="0029605A" w14:paraId="4027DEC0" w14:textId="77777777" w:rsidTr="00EA054A">
        <w:trPr>
          <w:trHeight w:val="498"/>
        </w:trPr>
        <w:tc>
          <w:tcPr>
            <w:tcW w:w="3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E390EA" w14:textId="29FD1299" w:rsidR="00F8041B" w:rsidRPr="0029605A" w:rsidRDefault="00F8041B" w:rsidP="002B23D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29605A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A. SPESE PER PERSONALE DIPENDENTE</w:t>
            </w:r>
            <w:r w:rsidR="00E93810" w:rsidRPr="00E93810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 xml:space="preserve">* </w:t>
            </w:r>
            <w:r w:rsidR="00E93810" w:rsidRPr="00E9381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val="it-IT" w:eastAsia="it-IT"/>
              </w:rPr>
              <w:t>(max 25% della categoria B)</w:t>
            </w:r>
          </w:p>
        </w:tc>
        <w:tc>
          <w:tcPr>
            <w:tcW w:w="1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43B408B" w14:textId="77777777" w:rsidR="00F8041B" w:rsidRPr="0029605A" w:rsidRDefault="00F8041B" w:rsidP="002B2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29605A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0,00</w:t>
            </w:r>
          </w:p>
        </w:tc>
      </w:tr>
      <w:tr w:rsidR="00F8041B" w:rsidRPr="0029605A" w14:paraId="1408E91B" w14:textId="77777777" w:rsidTr="00EA054A">
        <w:trPr>
          <w:trHeight w:val="360"/>
        </w:trPr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945D0" w14:textId="2B6AD669" w:rsidR="00F8041B" w:rsidRPr="0029605A" w:rsidRDefault="00F8041B" w:rsidP="002B23DC">
            <w:pPr>
              <w:spacing w:after="0" w:line="240" w:lineRule="auto"/>
              <w:jc w:val="left"/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 w:eastAsia="it-IT"/>
              </w:rPr>
            </w:pPr>
            <w:r w:rsidRPr="0029605A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 w:eastAsia="it-IT"/>
              </w:rPr>
              <w:t>a.1 Personale interno (dipendente)</w:t>
            </w:r>
          </w:p>
        </w:tc>
        <w:tc>
          <w:tcPr>
            <w:tcW w:w="13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82324" w14:textId="77777777" w:rsidR="00F8041B" w:rsidRPr="0029605A" w:rsidRDefault="00F8041B" w:rsidP="002B23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 w:eastAsia="it-IT"/>
              </w:rPr>
            </w:pPr>
            <w:r w:rsidRPr="0029605A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 w:eastAsia="it-IT"/>
              </w:rPr>
              <w:t>0,00</w:t>
            </w:r>
          </w:p>
        </w:tc>
      </w:tr>
      <w:tr w:rsidR="00F8041B" w:rsidRPr="0029605A" w14:paraId="3B310E84" w14:textId="77777777" w:rsidTr="00EA054A">
        <w:trPr>
          <w:trHeight w:val="498"/>
        </w:trPr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E38029" w14:textId="77777777" w:rsidR="00F8041B" w:rsidRPr="0029605A" w:rsidRDefault="00F8041B" w:rsidP="002B23D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29605A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B. SPESE PER BENI E SERVIZI</w:t>
            </w:r>
          </w:p>
        </w:tc>
        <w:tc>
          <w:tcPr>
            <w:tcW w:w="1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B86616" w14:textId="77777777" w:rsidR="00F8041B" w:rsidRPr="0029605A" w:rsidRDefault="00F8041B" w:rsidP="002B2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29605A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0,00</w:t>
            </w:r>
          </w:p>
        </w:tc>
      </w:tr>
      <w:tr w:rsidR="00F8041B" w:rsidRPr="0029605A" w14:paraId="38BCA1C9" w14:textId="77777777" w:rsidTr="00EA054A">
        <w:trPr>
          <w:trHeight w:val="360"/>
        </w:trPr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6C474" w14:textId="77777777" w:rsidR="00F8041B" w:rsidRPr="0029605A" w:rsidRDefault="00F8041B" w:rsidP="002B23DC">
            <w:pPr>
              <w:spacing w:after="0" w:line="240" w:lineRule="auto"/>
              <w:jc w:val="left"/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 w:eastAsia="it-IT"/>
              </w:rPr>
            </w:pPr>
            <w:r w:rsidRPr="0029605A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 w:eastAsia="it-IT"/>
              </w:rPr>
              <w:t>b.1 Impianti ed attrezzature tecnologiche, hardware e software</w:t>
            </w:r>
          </w:p>
        </w:tc>
        <w:tc>
          <w:tcPr>
            <w:tcW w:w="13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B828F" w14:textId="77777777" w:rsidR="00F8041B" w:rsidRPr="0029605A" w:rsidRDefault="00F8041B" w:rsidP="002B23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 w:eastAsia="it-IT"/>
              </w:rPr>
            </w:pPr>
            <w:r w:rsidRPr="0029605A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 w:eastAsia="it-IT"/>
              </w:rPr>
              <w:t>0,00</w:t>
            </w:r>
          </w:p>
        </w:tc>
      </w:tr>
      <w:tr w:rsidR="00F8041B" w:rsidRPr="0029605A" w14:paraId="05962EE9" w14:textId="77777777" w:rsidTr="00EA054A">
        <w:trPr>
          <w:trHeight w:val="360"/>
        </w:trPr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75CFC" w14:textId="77777777" w:rsidR="00F8041B" w:rsidRPr="0029605A" w:rsidRDefault="00F8041B" w:rsidP="002B23DC">
            <w:pPr>
              <w:spacing w:after="0" w:line="240" w:lineRule="auto"/>
              <w:jc w:val="left"/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 w:eastAsia="it-IT"/>
              </w:rPr>
            </w:pPr>
            <w:r w:rsidRPr="0029605A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 w:eastAsia="it-IT"/>
              </w:rPr>
              <w:t>b.2 Progettazione, sviluppo e implementazione software</w:t>
            </w:r>
          </w:p>
        </w:tc>
        <w:tc>
          <w:tcPr>
            <w:tcW w:w="13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6F588" w14:textId="77777777" w:rsidR="00F8041B" w:rsidRPr="0029605A" w:rsidRDefault="00F8041B" w:rsidP="002B23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 w:eastAsia="it-IT"/>
              </w:rPr>
            </w:pPr>
            <w:r w:rsidRPr="0029605A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 w:eastAsia="it-IT"/>
              </w:rPr>
              <w:t>0,00</w:t>
            </w:r>
          </w:p>
        </w:tc>
      </w:tr>
      <w:tr w:rsidR="00F8041B" w:rsidRPr="0029605A" w14:paraId="220ADCD1" w14:textId="77777777" w:rsidTr="00EA054A">
        <w:trPr>
          <w:trHeight w:val="360"/>
        </w:trPr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26593" w14:textId="77777777" w:rsidR="00F8041B" w:rsidRPr="0029605A" w:rsidRDefault="00F8041B" w:rsidP="002B23DC">
            <w:pPr>
              <w:spacing w:after="0" w:line="240" w:lineRule="auto"/>
              <w:jc w:val="left"/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 w:eastAsia="it-IT"/>
              </w:rPr>
            </w:pPr>
            <w:r w:rsidRPr="0029605A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 w:eastAsia="it-IT"/>
              </w:rPr>
              <w:t>b.3 Consulenza e assistenza tecnico-specialistica</w:t>
            </w:r>
          </w:p>
        </w:tc>
        <w:tc>
          <w:tcPr>
            <w:tcW w:w="13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FBCCD" w14:textId="77777777" w:rsidR="00F8041B" w:rsidRPr="0029605A" w:rsidRDefault="00F8041B" w:rsidP="002B23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 w:eastAsia="it-IT"/>
              </w:rPr>
            </w:pPr>
            <w:r w:rsidRPr="0029605A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 w:eastAsia="it-IT"/>
              </w:rPr>
              <w:t>0,00</w:t>
            </w:r>
          </w:p>
        </w:tc>
      </w:tr>
      <w:tr w:rsidR="00F8041B" w:rsidRPr="0029605A" w14:paraId="380BCF1C" w14:textId="77777777" w:rsidTr="00EA054A">
        <w:trPr>
          <w:trHeight w:val="360"/>
        </w:trPr>
        <w:tc>
          <w:tcPr>
            <w:tcW w:w="365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5F753" w14:textId="77777777" w:rsidR="00F8041B" w:rsidRPr="0029605A" w:rsidRDefault="00F8041B" w:rsidP="002B23DC">
            <w:pPr>
              <w:spacing w:after="0" w:line="240" w:lineRule="auto"/>
              <w:jc w:val="left"/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 w:eastAsia="it-IT"/>
              </w:rPr>
            </w:pPr>
            <w:r w:rsidRPr="0029605A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 w:eastAsia="it-IT"/>
              </w:rPr>
              <w:t>b.4 Comunicazione e promozione</w:t>
            </w:r>
          </w:p>
        </w:tc>
        <w:tc>
          <w:tcPr>
            <w:tcW w:w="13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DE3DF" w14:textId="77777777" w:rsidR="00F8041B" w:rsidRPr="0029605A" w:rsidRDefault="00F8041B" w:rsidP="002B23D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 w:eastAsia="it-IT"/>
              </w:rPr>
            </w:pPr>
            <w:r w:rsidRPr="0029605A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 w:eastAsia="it-IT"/>
              </w:rPr>
              <w:t>0,00</w:t>
            </w:r>
          </w:p>
        </w:tc>
      </w:tr>
      <w:tr w:rsidR="00F8041B" w:rsidRPr="0029605A" w14:paraId="7574BAF7" w14:textId="77777777" w:rsidTr="00EA054A">
        <w:trPr>
          <w:trHeight w:val="498"/>
        </w:trPr>
        <w:tc>
          <w:tcPr>
            <w:tcW w:w="3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38152AA2" w14:textId="145D2733" w:rsidR="00F8041B" w:rsidRPr="0029605A" w:rsidRDefault="00F8041B" w:rsidP="002B2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29605A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TOTALE</w:t>
            </w:r>
            <w:r w:rsidR="0009027E" w:rsidRPr="0029605A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 xml:space="preserve"> </w:t>
            </w:r>
          </w:p>
        </w:tc>
        <w:tc>
          <w:tcPr>
            <w:tcW w:w="1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1F114AF1" w14:textId="77777777" w:rsidR="00F8041B" w:rsidRPr="0029605A" w:rsidRDefault="00F8041B" w:rsidP="002B2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</w:pPr>
            <w:r w:rsidRPr="0029605A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0,00</w:t>
            </w:r>
          </w:p>
        </w:tc>
      </w:tr>
      <w:bookmarkEnd w:id="1"/>
    </w:tbl>
    <w:p w14:paraId="44A2B9D8" w14:textId="77777777" w:rsidR="00B86D21" w:rsidRPr="0029605A" w:rsidRDefault="00B86D21" w:rsidP="00A327F0">
      <w:pPr>
        <w:jc w:val="left"/>
        <w:rPr>
          <w:rFonts w:ascii="Arial" w:hAnsi="Arial" w:cs="Arial"/>
          <w:i/>
          <w:iCs/>
          <w:color w:val="365F91" w:themeColor="accent1" w:themeShade="BF"/>
          <w:sz w:val="24"/>
          <w:szCs w:val="24"/>
          <w:lang w:val="it-IT"/>
        </w:rPr>
      </w:pPr>
    </w:p>
    <w:p w14:paraId="6205700B" w14:textId="77777777" w:rsidR="00A327F0" w:rsidRPr="0029605A" w:rsidRDefault="00A327F0" w:rsidP="00A327F0">
      <w:pPr>
        <w:jc w:val="left"/>
        <w:rPr>
          <w:rFonts w:ascii="Arial" w:hAnsi="Arial" w:cs="Arial"/>
          <w:i/>
          <w:iCs/>
          <w:color w:val="365F91" w:themeColor="accent1" w:themeShade="BF"/>
          <w:sz w:val="24"/>
          <w:szCs w:val="24"/>
          <w:lang w:val="it-IT"/>
        </w:rPr>
      </w:pPr>
    </w:p>
    <w:p w14:paraId="7198ED8B" w14:textId="77777777" w:rsidR="00A327F0" w:rsidRPr="0029605A" w:rsidRDefault="00A327F0" w:rsidP="00A327F0">
      <w:pPr>
        <w:jc w:val="left"/>
        <w:rPr>
          <w:rFonts w:ascii="Arial" w:hAnsi="Arial" w:cs="Arial"/>
          <w:i/>
          <w:iCs/>
          <w:color w:val="365F91" w:themeColor="accent1" w:themeShade="BF"/>
          <w:sz w:val="24"/>
          <w:szCs w:val="24"/>
          <w:lang w:val="it-IT"/>
        </w:rPr>
      </w:pPr>
    </w:p>
    <w:sectPr w:rsidR="00A327F0" w:rsidRPr="0029605A" w:rsidSect="0078519F">
      <w:headerReference w:type="default" r:id="rId14"/>
      <w:footerReference w:type="default" r:id="rId15"/>
      <w:pgSz w:w="12240" w:h="15840"/>
      <w:pgMar w:top="1134" w:right="1134" w:bottom="1134" w:left="1134" w:header="1531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4BB21" w14:textId="77777777" w:rsidR="00BE535A" w:rsidRDefault="00BE535A" w:rsidP="001477E5">
      <w:pPr>
        <w:spacing w:after="0" w:line="240" w:lineRule="auto"/>
      </w:pPr>
      <w:r>
        <w:separator/>
      </w:r>
    </w:p>
  </w:endnote>
  <w:endnote w:type="continuationSeparator" w:id="0">
    <w:p w14:paraId="062D9696" w14:textId="77777777" w:rsidR="00BE535A" w:rsidRDefault="00BE535A" w:rsidP="001477E5">
      <w:pPr>
        <w:spacing w:after="0" w:line="240" w:lineRule="auto"/>
      </w:pPr>
      <w:r>
        <w:continuationSeparator/>
      </w:r>
    </w:p>
  </w:endnote>
  <w:endnote w:type="continuationNotice" w:id="1">
    <w:p w14:paraId="1AE55E21" w14:textId="77777777" w:rsidR="00BE535A" w:rsidRDefault="00BE53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588137"/>
      <w:docPartObj>
        <w:docPartGallery w:val="Page Numbers (Bottom of Page)"/>
        <w:docPartUnique/>
      </w:docPartObj>
    </w:sdtPr>
    <w:sdtContent>
      <w:p w14:paraId="1718612A" w14:textId="38DCA482" w:rsidR="00F342DE" w:rsidRDefault="00F342D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6B4B8F25" w14:textId="77777777" w:rsidR="009E2E6D" w:rsidRPr="00A06A98" w:rsidRDefault="009E2E6D">
    <w:pPr>
      <w:pStyle w:val="Pidipagina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0906584"/>
      <w:docPartObj>
        <w:docPartGallery w:val="Page Numbers (Bottom of Page)"/>
        <w:docPartUnique/>
      </w:docPartObj>
    </w:sdtPr>
    <w:sdtContent>
      <w:p w14:paraId="033B039B" w14:textId="77777777" w:rsidR="00F342DE" w:rsidRDefault="00F342D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0A060218" w14:textId="77777777" w:rsidR="00F342DE" w:rsidRPr="00A06A98" w:rsidRDefault="00F342DE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0C618" w14:textId="77777777" w:rsidR="00BE535A" w:rsidRDefault="00BE535A" w:rsidP="001477E5">
      <w:pPr>
        <w:spacing w:after="0" w:line="240" w:lineRule="auto"/>
      </w:pPr>
      <w:r>
        <w:separator/>
      </w:r>
    </w:p>
  </w:footnote>
  <w:footnote w:type="continuationSeparator" w:id="0">
    <w:p w14:paraId="1F4A0BDA" w14:textId="77777777" w:rsidR="00BE535A" w:rsidRDefault="00BE535A" w:rsidP="001477E5">
      <w:pPr>
        <w:spacing w:after="0" w:line="240" w:lineRule="auto"/>
      </w:pPr>
      <w:r>
        <w:continuationSeparator/>
      </w:r>
    </w:p>
  </w:footnote>
  <w:footnote w:type="continuationNotice" w:id="1">
    <w:p w14:paraId="2B04B10C" w14:textId="77777777" w:rsidR="00BE535A" w:rsidRDefault="00BE53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C8284" w14:textId="6977DF4A" w:rsidR="00A22925" w:rsidRDefault="00A22925" w:rsidP="00197330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95B8A" w14:textId="63E0797D" w:rsidR="00A22925" w:rsidRPr="003267FC" w:rsidRDefault="00A22925" w:rsidP="00D807D7">
    <w:pPr>
      <w:pStyle w:val="Intestazione"/>
      <w:jc w:val="center"/>
      <w:rPr>
        <w:b/>
        <w:bCs/>
      </w:rPr>
    </w:pPr>
    <w:r w:rsidRPr="003267FC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46DA3557" wp14:editId="3C3D154F">
          <wp:simplePos x="0" y="0"/>
          <wp:positionH relativeFrom="margin">
            <wp:posOffset>-274320</wp:posOffset>
          </wp:positionH>
          <wp:positionV relativeFrom="page">
            <wp:posOffset>330835</wp:posOffset>
          </wp:positionV>
          <wp:extent cx="1806575" cy="910590"/>
          <wp:effectExtent l="0" t="0" r="3175" b="3810"/>
          <wp:wrapNone/>
          <wp:docPr id="1149024243" name="Picture 100" descr="Immagine che contiene Elementi grafici, Carattere, grafica, clipart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964613" name="Picture 100" descr="Immagine che contiene Elementi grafici, Carattere, grafica, clipart&#10;&#10;Il contenuto generato dall'IA potrebbe non essere corretto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6575" cy="910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267FC">
      <w:rPr>
        <w:b/>
        <w:bCs/>
        <w:noProof/>
        <w:lang w:eastAsia="it-IT"/>
      </w:rPr>
      <w:drawing>
        <wp:anchor distT="0" distB="0" distL="114300" distR="114300" simplePos="0" relativeHeight="251658241" behindDoc="0" locked="0" layoutInCell="1" allowOverlap="1" wp14:anchorId="0E675537" wp14:editId="2D3CC678">
          <wp:simplePos x="0" y="0"/>
          <wp:positionH relativeFrom="margin">
            <wp:posOffset>4617720</wp:posOffset>
          </wp:positionH>
          <wp:positionV relativeFrom="topMargin">
            <wp:posOffset>330835</wp:posOffset>
          </wp:positionV>
          <wp:extent cx="1292400" cy="925200"/>
          <wp:effectExtent l="0" t="0" r="3175" b="8255"/>
          <wp:wrapNone/>
          <wp:docPr id="737494506" name="immagini1" descr="Immagine che contiene Elementi grafici, Carattere, test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i1" descr="Immagine che contiene Elementi grafici, Carattere, testo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92400" cy="92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C98AAF" w14:textId="77777777" w:rsidR="00A22925" w:rsidRDefault="00A2292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30F35" w14:textId="53C7738D" w:rsidR="00A22925" w:rsidRDefault="00A229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146"/>
        </w:tabs>
        <w:ind w:left="1146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73F27DB"/>
    <w:multiLevelType w:val="hybridMultilevel"/>
    <w:tmpl w:val="7C30BF94"/>
    <w:lvl w:ilvl="0" w:tplc="B0F401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901FE8"/>
    <w:multiLevelType w:val="hybridMultilevel"/>
    <w:tmpl w:val="96CCA0C8"/>
    <w:lvl w:ilvl="0" w:tplc="DF9A9F9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10EF7"/>
    <w:multiLevelType w:val="multilevel"/>
    <w:tmpl w:val="137AACD6"/>
    <w:styleLink w:val="Sti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022F85"/>
    <w:multiLevelType w:val="hybridMultilevel"/>
    <w:tmpl w:val="76006F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5B5CC8"/>
    <w:multiLevelType w:val="hybridMultilevel"/>
    <w:tmpl w:val="2E4A58DE"/>
    <w:lvl w:ilvl="0" w:tplc="A58A3380">
      <w:start w:val="1"/>
      <w:numFmt w:val="upperLetter"/>
      <w:lvlText w:val="%1)"/>
      <w:lvlJc w:val="left"/>
      <w:pPr>
        <w:ind w:left="360" w:hanging="360"/>
      </w:pPr>
      <w:rPr>
        <w:rFonts w:hint="default"/>
        <w:sz w:val="22"/>
        <w:szCs w:val="22"/>
        <w:u w:val="none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1C75BE"/>
    <w:multiLevelType w:val="hybridMultilevel"/>
    <w:tmpl w:val="D9009172"/>
    <w:lvl w:ilvl="0" w:tplc="5052BE2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365F91" w:themeColor="accent1" w:themeShade="BF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6821057">
    <w:abstractNumId w:val="5"/>
  </w:num>
  <w:num w:numId="2" w16cid:durableId="2008316663">
    <w:abstractNumId w:val="3"/>
  </w:num>
  <w:num w:numId="3" w16cid:durableId="1982269725">
    <w:abstractNumId w:val="2"/>
  </w:num>
  <w:num w:numId="4" w16cid:durableId="2061126876">
    <w:abstractNumId w:val="4"/>
  </w:num>
  <w:num w:numId="5" w16cid:durableId="10960038">
    <w:abstractNumId w:val="1"/>
  </w:num>
  <w:num w:numId="6" w16cid:durableId="2094006582">
    <w:abstractNumId w:val="0"/>
  </w:num>
  <w:num w:numId="7" w16cid:durableId="1442801289">
    <w:abstractNumId w:val="8"/>
  </w:num>
  <w:num w:numId="8" w16cid:durableId="1807383475">
    <w:abstractNumId w:val="9"/>
  </w:num>
  <w:num w:numId="9" w16cid:durableId="347562966">
    <w:abstractNumId w:val="6"/>
  </w:num>
  <w:num w:numId="10" w16cid:durableId="843859296">
    <w:abstractNumId w:val="11"/>
  </w:num>
  <w:num w:numId="11" w16cid:durableId="1718698230">
    <w:abstractNumId w:val="10"/>
  </w:num>
  <w:num w:numId="12" w16cid:durableId="893589354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0BF"/>
    <w:rsid w:val="00001114"/>
    <w:rsid w:val="000015E7"/>
    <w:rsid w:val="00001705"/>
    <w:rsid w:val="0000199F"/>
    <w:rsid w:val="000042E0"/>
    <w:rsid w:val="0000484D"/>
    <w:rsid w:val="00004D52"/>
    <w:rsid w:val="00004EE0"/>
    <w:rsid w:val="00007236"/>
    <w:rsid w:val="00007343"/>
    <w:rsid w:val="0000792C"/>
    <w:rsid w:val="0001062E"/>
    <w:rsid w:val="000109E2"/>
    <w:rsid w:val="000117B4"/>
    <w:rsid w:val="00012A17"/>
    <w:rsid w:val="00012C54"/>
    <w:rsid w:val="0001334E"/>
    <w:rsid w:val="000164D7"/>
    <w:rsid w:val="00016AEC"/>
    <w:rsid w:val="00016D7F"/>
    <w:rsid w:val="00016F26"/>
    <w:rsid w:val="000174A0"/>
    <w:rsid w:val="000178F1"/>
    <w:rsid w:val="00017C41"/>
    <w:rsid w:val="00020773"/>
    <w:rsid w:val="00020ECB"/>
    <w:rsid w:val="00021C91"/>
    <w:rsid w:val="00022BB9"/>
    <w:rsid w:val="0002331A"/>
    <w:rsid w:val="00023344"/>
    <w:rsid w:val="00023E24"/>
    <w:rsid w:val="00025C88"/>
    <w:rsid w:val="00025DEC"/>
    <w:rsid w:val="00025F4C"/>
    <w:rsid w:val="000260D2"/>
    <w:rsid w:val="00026319"/>
    <w:rsid w:val="000265BD"/>
    <w:rsid w:val="00026754"/>
    <w:rsid w:val="0002723F"/>
    <w:rsid w:val="000278B9"/>
    <w:rsid w:val="000279E5"/>
    <w:rsid w:val="00027CBF"/>
    <w:rsid w:val="00027EE5"/>
    <w:rsid w:val="00030E69"/>
    <w:rsid w:val="00031D01"/>
    <w:rsid w:val="00032637"/>
    <w:rsid w:val="00032B33"/>
    <w:rsid w:val="00033E8D"/>
    <w:rsid w:val="000345AF"/>
    <w:rsid w:val="00034616"/>
    <w:rsid w:val="00034E76"/>
    <w:rsid w:val="0003561F"/>
    <w:rsid w:val="000356DE"/>
    <w:rsid w:val="0003585A"/>
    <w:rsid w:val="000358C3"/>
    <w:rsid w:val="00035ED6"/>
    <w:rsid w:val="00036522"/>
    <w:rsid w:val="00036C1D"/>
    <w:rsid w:val="000374FB"/>
    <w:rsid w:val="00037594"/>
    <w:rsid w:val="00037ABA"/>
    <w:rsid w:val="00037C23"/>
    <w:rsid w:val="00037F4A"/>
    <w:rsid w:val="00040165"/>
    <w:rsid w:val="00040A1F"/>
    <w:rsid w:val="000413E1"/>
    <w:rsid w:val="00043978"/>
    <w:rsid w:val="00044E1B"/>
    <w:rsid w:val="00046387"/>
    <w:rsid w:val="00046BBB"/>
    <w:rsid w:val="00047197"/>
    <w:rsid w:val="00047313"/>
    <w:rsid w:val="00050190"/>
    <w:rsid w:val="000505F9"/>
    <w:rsid w:val="000507E4"/>
    <w:rsid w:val="00050995"/>
    <w:rsid w:val="00050CE8"/>
    <w:rsid w:val="000510C8"/>
    <w:rsid w:val="00051D73"/>
    <w:rsid w:val="000520AB"/>
    <w:rsid w:val="00052319"/>
    <w:rsid w:val="000527F9"/>
    <w:rsid w:val="00053AFD"/>
    <w:rsid w:val="0005456F"/>
    <w:rsid w:val="000552C4"/>
    <w:rsid w:val="000561B0"/>
    <w:rsid w:val="000566B4"/>
    <w:rsid w:val="00056E28"/>
    <w:rsid w:val="00056EAE"/>
    <w:rsid w:val="00056F17"/>
    <w:rsid w:val="00057905"/>
    <w:rsid w:val="00057993"/>
    <w:rsid w:val="00057B89"/>
    <w:rsid w:val="0006004A"/>
    <w:rsid w:val="0006063C"/>
    <w:rsid w:val="00061881"/>
    <w:rsid w:val="00062A73"/>
    <w:rsid w:val="00063190"/>
    <w:rsid w:val="000631FC"/>
    <w:rsid w:val="000649FF"/>
    <w:rsid w:val="0006513F"/>
    <w:rsid w:val="00065BA2"/>
    <w:rsid w:val="00066065"/>
    <w:rsid w:val="000662CB"/>
    <w:rsid w:val="0006642B"/>
    <w:rsid w:val="00066615"/>
    <w:rsid w:val="00066E61"/>
    <w:rsid w:val="00067005"/>
    <w:rsid w:val="0006766D"/>
    <w:rsid w:val="00067D23"/>
    <w:rsid w:val="00070546"/>
    <w:rsid w:val="00070B34"/>
    <w:rsid w:val="00070F52"/>
    <w:rsid w:val="000717FA"/>
    <w:rsid w:val="0007230F"/>
    <w:rsid w:val="00072624"/>
    <w:rsid w:val="000734C3"/>
    <w:rsid w:val="00073D08"/>
    <w:rsid w:val="0007453D"/>
    <w:rsid w:val="00074C23"/>
    <w:rsid w:val="0007597C"/>
    <w:rsid w:val="00075A35"/>
    <w:rsid w:val="00075E08"/>
    <w:rsid w:val="00077104"/>
    <w:rsid w:val="00077FF5"/>
    <w:rsid w:val="00080CDC"/>
    <w:rsid w:val="0008112E"/>
    <w:rsid w:val="000814F7"/>
    <w:rsid w:val="0008174B"/>
    <w:rsid w:val="00081D00"/>
    <w:rsid w:val="00082674"/>
    <w:rsid w:val="00083A8B"/>
    <w:rsid w:val="00084142"/>
    <w:rsid w:val="00084D77"/>
    <w:rsid w:val="00085616"/>
    <w:rsid w:val="000858F5"/>
    <w:rsid w:val="00085D55"/>
    <w:rsid w:val="00086184"/>
    <w:rsid w:val="00086E15"/>
    <w:rsid w:val="000878EF"/>
    <w:rsid w:val="00087B79"/>
    <w:rsid w:val="0009027E"/>
    <w:rsid w:val="00090535"/>
    <w:rsid w:val="00090ABD"/>
    <w:rsid w:val="00090B88"/>
    <w:rsid w:val="0009117C"/>
    <w:rsid w:val="000917DB"/>
    <w:rsid w:val="0009182D"/>
    <w:rsid w:val="00091EDC"/>
    <w:rsid w:val="00092F5B"/>
    <w:rsid w:val="000931E8"/>
    <w:rsid w:val="00093800"/>
    <w:rsid w:val="00093EA7"/>
    <w:rsid w:val="00094179"/>
    <w:rsid w:val="0009502B"/>
    <w:rsid w:val="00095DD5"/>
    <w:rsid w:val="00095FC1"/>
    <w:rsid w:val="0009775A"/>
    <w:rsid w:val="00097B2C"/>
    <w:rsid w:val="000A0298"/>
    <w:rsid w:val="000A03AF"/>
    <w:rsid w:val="000A19B1"/>
    <w:rsid w:val="000A1FBD"/>
    <w:rsid w:val="000A2CDD"/>
    <w:rsid w:val="000A335C"/>
    <w:rsid w:val="000A3555"/>
    <w:rsid w:val="000A3984"/>
    <w:rsid w:val="000A3B61"/>
    <w:rsid w:val="000A3E91"/>
    <w:rsid w:val="000A4158"/>
    <w:rsid w:val="000A525A"/>
    <w:rsid w:val="000A5274"/>
    <w:rsid w:val="000A568A"/>
    <w:rsid w:val="000A56CC"/>
    <w:rsid w:val="000A5930"/>
    <w:rsid w:val="000A5EFD"/>
    <w:rsid w:val="000A66E9"/>
    <w:rsid w:val="000A6B6C"/>
    <w:rsid w:val="000A6C13"/>
    <w:rsid w:val="000A71BB"/>
    <w:rsid w:val="000A752A"/>
    <w:rsid w:val="000A775D"/>
    <w:rsid w:val="000B0560"/>
    <w:rsid w:val="000B0695"/>
    <w:rsid w:val="000B0B81"/>
    <w:rsid w:val="000B1203"/>
    <w:rsid w:val="000B1871"/>
    <w:rsid w:val="000B1D89"/>
    <w:rsid w:val="000B2E31"/>
    <w:rsid w:val="000B3458"/>
    <w:rsid w:val="000B3F01"/>
    <w:rsid w:val="000B494B"/>
    <w:rsid w:val="000B4C4C"/>
    <w:rsid w:val="000B501F"/>
    <w:rsid w:val="000B51B8"/>
    <w:rsid w:val="000B52DA"/>
    <w:rsid w:val="000B57DC"/>
    <w:rsid w:val="000B5842"/>
    <w:rsid w:val="000B623D"/>
    <w:rsid w:val="000B63AD"/>
    <w:rsid w:val="000B6CBB"/>
    <w:rsid w:val="000C0C36"/>
    <w:rsid w:val="000C1B5D"/>
    <w:rsid w:val="000C25DA"/>
    <w:rsid w:val="000C34B1"/>
    <w:rsid w:val="000C47FD"/>
    <w:rsid w:val="000C4A34"/>
    <w:rsid w:val="000C4F49"/>
    <w:rsid w:val="000C4F8F"/>
    <w:rsid w:val="000C537B"/>
    <w:rsid w:val="000C5409"/>
    <w:rsid w:val="000C55AD"/>
    <w:rsid w:val="000C5826"/>
    <w:rsid w:val="000C6DDB"/>
    <w:rsid w:val="000C6FBF"/>
    <w:rsid w:val="000C7E9F"/>
    <w:rsid w:val="000D057C"/>
    <w:rsid w:val="000D0713"/>
    <w:rsid w:val="000D10E7"/>
    <w:rsid w:val="000D1CE0"/>
    <w:rsid w:val="000D2EDB"/>
    <w:rsid w:val="000D4878"/>
    <w:rsid w:val="000D53A2"/>
    <w:rsid w:val="000D53F0"/>
    <w:rsid w:val="000D5A71"/>
    <w:rsid w:val="000D6581"/>
    <w:rsid w:val="000D6773"/>
    <w:rsid w:val="000D6B2B"/>
    <w:rsid w:val="000D6D60"/>
    <w:rsid w:val="000D6E63"/>
    <w:rsid w:val="000D7525"/>
    <w:rsid w:val="000D781F"/>
    <w:rsid w:val="000D7B1D"/>
    <w:rsid w:val="000D7F49"/>
    <w:rsid w:val="000E1176"/>
    <w:rsid w:val="000E1F56"/>
    <w:rsid w:val="000E2A1C"/>
    <w:rsid w:val="000E2DFC"/>
    <w:rsid w:val="000E2FF0"/>
    <w:rsid w:val="000E3497"/>
    <w:rsid w:val="000E36D8"/>
    <w:rsid w:val="000E3BB8"/>
    <w:rsid w:val="000E3C4E"/>
    <w:rsid w:val="000E421C"/>
    <w:rsid w:val="000E42A0"/>
    <w:rsid w:val="000E4805"/>
    <w:rsid w:val="000E4FFB"/>
    <w:rsid w:val="000E505C"/>
    <w:rsid w:val="000E57AF"/>
    <w:rsid w:val="000E619C"/>
    <w:rsid w:val="000E6946"/>
    <w:rsid w:val="000E6DDC"/>
    <w:rsid w:val="000E723F"/>
    <w:rsid w:val="000F0FCD"/>
    <w:rsid w:val="000F104E"/>
    <w:rsid w:val="000F134E"/>
    <w:rsid w:val="000F1AF2"/>
    <w:rsid w:val="000F1DF3"/>
    <w:rsid w:val="000F214C"/>
    <w:rsid w:val="000F275C"/>
    <w:rsid w:val="000F28E5"/>
    <w:rsid w:val="000F2970"/>
    <w:rsid w:val="000F2B8D"/>
    <w:rsid w:val="000F3421"/>
    <w:rsid w:val="000F477F"/>
    <w:rsid w:val="000F4AC8"/>
    <w:rsid w:val="000F4B13"/>
    <w:rsid w:val="000F54D2"/>
    <w:rsid w:val="000F7954"/>
    <w:rsid w:val="001005C0"/>
    <w:rsid w:val="0010103D"/>
    <w:rsid w:val="00101E9D"/>
    <w:rsid w:val="00102C92"/>
    <w:rsid w:val="00102CDD"/>
    <w:rsid w:val="00103FEF"/>
    <w:rsid w:val="0010412F"/>
    <w:rsid w:val="001044F3"/>
    <w:rsid w:val="001058A2"/>
    <w:rsid w:val="00106601"/>
    <w:rsid w:val="001073A9"/>
    <w:rsid w:val="00107D27"/>
    <w:rsid w:val="00107FAF"/>
    <w:rsid w:val="00110E5F"/>
    <w:rsid w:val="0011130C"/>
    <w:rsid w:val="00111EC5"/>
    <w:rsid w:val="00112117"/>
    <w:rsid w:val="00112CFA"/>
    <w:rsid w:val="00114EB5"/>
    <w:rsid w:val="00115B0A"/>
    <w:rsid w:val="00115CCA"/>
    <w:rsid w:val="001170CD"/>
    <w:rsid w:val="001172E7"/>
    <w:rsid w:val="00117F1B"/>
    <w:rsid w:val="001216BB"/>
    <w:rsid w:val="0012179F"/>
    <w:rsid w:val="00121CFC"/>
    <w:rsid w:val="0012224E"/>
    <w:rsid w:val="00122DE2"/>
    <w:rsid w:val="00123A62"/>
    <w:rsid w:val="001249DC"/>
    <w:rsid w:val="00124DE5"/>
    <w:rsid w:val="00124FBB"/>
    <w:rsid w:val="00125A7E"/>
    <w:rsid w:val="00125BFB"/>
    <w:rsid w:val="00125FEC"/>
    <w:rsid w:val="00126362"/>
    <w:rsid w:val="001264E1"/>
    <w:rsid w:val="0013038F"/>
    <w:rsid w:val="0013053D"/>
    <w:rsid w:val="00130AE0"/>
    <w:rsid w:val="00130D7E"/>
    <w:rsid w:val="0013132D"/>
    <w:rsid w:val="001313C8"/>
    <w:rsid w:val="00132015"/>
    <w:rsid w:val="001322E3"/>
    <w:rsid w:val="001328E3"/>
    <w:rsid w:val="001329CC"/>
    <w:rsid w:val="001330C7"/>
    <w:rsid w:val="00134655"/>
    <w:rsid w:val="00134985"/>
    <w:rsid w:val="00135069"/>
    <w:rsid w:val="00135545"/>
    <w:rsid w:val="001359D6"/>
    <w:rsid w:val="00135ADB"/>
    <w:rsid w:val="00135D70"/>
    <w:rsid w:val="00136E6A"/>
    <w:rsid w:val="00137B0A"/>
    <w:rsid w:val="001403BF"/>
    <w:rsid w:val="001404FD"/>
    <w:rsid w:val="00140B23"/>
    <w:rsid w:val="00141519"/>
    <w:rsid w:val="00141C77"/>
    <w:rsid w:val="00141C85"/>
    <w:rsid w:val="00141CD6"/>
    <w:rsid w:val="00141CFA"/>
    <w:rsid w:val="00142B4B"/>
    <w:rsid w:val="0014381F"/>
    <w:rsid w:val="00143FD6"/>
    <w:rsid w:val="001442E7"/>
    <w:rsid w:val="00144CB7"/>
    <w:rsid w:val="00145BC5"/>
    <w:rsid w:val="001477E5"/>
    <w:rsid w:val="001502A6"/>
    <w:rsid w:val="0015074B"/>
    <w:rsid w:val="00151122"/>
    <w:rsid w:val="0015166A"/>
    <w:rsid w:val="00151B49"/>
    <w:rsid w:val="00151C6E"/>
    <w:rsid w:val="0015251C"/>
    <w:rsid w:val="001525DD"/>
    <w:rsid w:val="00152704"/>
    <w:rsid w:val="00152FCC"/>
    <w:rsid w:val="00152FF2"/>
    <w:rsid w:val="00153F33"/>
    <w:rsid w:val="001540AB"/>
    <w:rsid w:val="0015562D"/>
    <w:rsid w:val="00155877"/>
    <w:rsid w:val="0015607B"/>
    <w:rsid w:val="0015646D"/>
    <w:rsid w:val="001576F1"/>
    <w:rsid w:val="001608F7"/>
    <w:rsid w:val="0016123A"/>
    <w:rsid w:val="00161C3C"/>
    <w:rsid w:val="00162136"/>
    <w:rsid w:val="00162182"/>
    <w:rsid w:val="00162D14"/>
    <w:rsid w:val="00163474"/>
    <w:rsid w:val="001636F3"/>
    <w:rsid w:val="00163819"/>
    <w:rsid w:val="00165197"/>
    <w:rsid w:val="00165B4C"/>
    <w:rsid w:val="00165E69"/>
    <w:rsid w:val="00165F6E"/>
    <w:rsid w:val="00166BF8"/>
    <w:rsid w:val="00166E4D"/>
    <w:rsid w:val="001701B1"/>
    <w:rsid w:val="001701FC"/>
    <w:rsid w:val="00170467"/>
    <w:rsid w:val="0017221A"/>
    <w:rsid w:val="00172575"/>
    <w:rsid w:val="00172F42"/>
    <w:rsid w:val="00173765"/>
    <w:rsid w:val="00173885"/>
    <w:rsid w:val="001744DF"/>
    <w:rsid w:val="001758F4"/>
    <w:rsid w:val="00176318"/>
    <w:rsid w:val="0017666B"/>
    <w:rsid w:val="001766CC"/>
    <w:rsid w:val="00176810"/>
    <w:rsid w:val="001773EF"/>
    <w:rsid w:val="00177BD1"/>
    <w:rsid w:val="00177E1C"/>
    <w:rsid w:val="00177F5D"/>
    <w:rsid w:val="00180139"/>
    <w:rsid w:val="00181A44"/>
    <w:rsid w:val="00181B27"/>
    <w:rsid w:val="00182146"/>
    <w:rsid w:val="00182A08"/>
    <w:rsid w:val="00182A23"/>
    <w:rsid w:val="0018322D"/>
    <w:rsid w:val="00183B98"/>
    <w:rsid w:val="00183BC5"/>
    <w:rsid w:val="00183D98"/>
    <w:rsid w:val="00184137"/>
    <w:rsid w:val="00184246"/>
    <w:rsid w:val="001863FE"/>
    <w:rsid w:val="001864A2"/>
    <w:rsid w:val="001907CE"/>
    <w:rsid w:val="00191316"/>
    <w:rsid w:val="00191955"/>
    <w:rsid w:val="00191A54"/>
    <w:rsid w:val="001920BF"/>
    <w:rsid w:val="00192704"/>
    <w:rsid w:val="001927F8"/>
    <w:rsid w:val="00192A9B"/>
    <w:rsid w:val="00192AF8"/>
    <w:rsid w:val="0019442E"/>
    <w:rsid w:val="00197088"/>
    <w:rsid w:val="00197330"/>
    <w:rsid w:val="001973D1"/>
    <w:rsid w:val="001A08FC"/>
    <w:rsid w:val="001A0DE2"/>
    <w:rsid w:val="001A1246"/>
    <w:rsid w:val="001A133F"/>
    <w:rsid w:val="001A139F"/>
    <w:rsid w:val="001A1693"/>
    <w:rsid w:val="001A2142"/>
    <w:rsid w:val="001A36EE"/>
    <w:rsid w:val="001A3907"/>
    <w:rsid w:val="001A3AB5"/>
    <w:rsid w:val="001A4B36"/>
    <w:rsid w:val="001A5569"/>
    <w:rsid w:val="001A59CC"/>
    <w:rsid w:val="001A616D"/>
    <w:rsid w:val="001A676F"/>
    <w:rsid w:val="001A6DF2"/>
    <w:rsid w:val="001B17D3"/>
    <w:rsid w:val="001B1A5B"/>
    <w:rsid w:val="001B1BE4"/>
    <w:rsid w:val="001B248E"/>
    <w:rsid w:val="001B3C73"/>
    <w:rsid w:val="001B40C8"/>
    <w:rsid w:val="001B5390"/>
    <w:rsid w:val="001B54E2"/>
    <w:rsid w:val="001B6E22"/>
    <w:rsid w:val="001B70F1"/>
    <w:rsid w:val="001B7AB9"/>
    <w:rsid w:val="001C2008"/>
    <w:rsid w:val="001C2269"/>
    <w:rsid w:val="001C253D"/>
    <w:rsid w:val="001C2951"/>
    <w:rsid w:val="001C32B3"/>
    <w:rsid w:val="001C351B"/>
    <w:rsid w:val="001C35FF"/>
    <w:rsid w:val="001C384F"/>
    <w:rsid w:val="001C43DA"/>
    <w:rsid w:val="001C4608"/>
    <w:rsid w:val="001C49F4"/>
    <w:rsid w:val="001C6299"/>
    <w:rsid w:val="001C6637"/>
    <w:rsid w:val="001C67AD"/>
    <w:rsid w:val="001C6839"/>
    <w:rsid w:val="001C69F4"/>
    <w:rsid w:val="001C6B64"/>
    <w:rsid w:val="001C6C99"/>
    <w:rsid w:val="001C6FE9"/>
    <w:rsid w:val="001C7AFA"/>
    <w:rsid w:val="001D0844"/>
    <w:rsid w:val="001D110B"/>
    <w:rsid w:val="001D177E"/>
    <w:rsid w:val="001D1958"/>
    <w:rsid w:val="001D1D87"/>
    <w:rsid w:val="001D228E"/>
    <w:rsid w:val="001D25AB"/>
    <w:rsid w:val="001D28B6"/>
    <w:rsid w:val="001D3072"/>
    <w:rsid w:val="001D33CA"/>
    <w:rsid w:val="001D46FC"/>
    <w:rsid w:val="001D4988"/>
    <w:rsid w:val="001D54CC"/>
    <w:rsid w:val="001D599B"/>
    <w:rsid w:val="001D5FC1"/>
    <w:rsid w:val="001D7DC2"/>
    <w:rsid w:val="001E03BB"/>
    <w:rsid w:val="001E0713"/>
    <w:rsid w:val="001E08BE"/>
    <w:rsid w:val="001E0F8F"/>
    <w:rsid w:val="001E1B9B"/>
    <w:rsid w:val="001E2109"/>
    <w:rsid w:val="001E2D28"/>
    <w:rsid w:val="001E339A"/>
    <w:rsid w:val="001E3EF6"/>
    <w:rsid w:val="001E4014"/>
    <w:rsid w:val="001E46EF"/>
    <w:rsid w:val="001E481E"/>
    <w:rsid w:val="001E5280"/>
    <w:rsid w:val="001E57F2"/>
    <w:rsid w:val="001E5B8D"/>
    <w:rsid w:val="001E64D7"/>
    <w:rsid w:val="001E7774"/>
    <w:rsid w:val="001E7B3C"/>
    <w:rsid w:val="001F0527"/>
    <w:rsid w:val="001F11C4"/>
    <w:rsid w:val="001F19E2"/>
    <w:rsid w:val="001F1C80"/>
    <w:rsid w:val="001F1F47"/>
    <w:rsid w:val="001F23CA"/>
    <w:rsid w:val="001F2B81"/>
    <w:rsid w:val="001F31C3"/>
    <w:rsid w:val="001F4532"/>
    <w:rsid w:val="001F468C"/>
    <w:rsid w:val="001F4B15"/>
    <w:rsid w:val="001F4B1A"/>
    <w:rsid w:val="001F58A1"/>
    <w:rsid w:val="001F5E3E"/>
    <w:rsid w:val="001F6005"/>
    <w:rsid w:val="001F6106"/>
    <w:rsid w:val="00202F3A"/>
    <w:rsid w:val="00204CBA"/>
    <w:rsid w:val="00204F56"/>
    <w:rsid w:val="00205250"/>
    <w:rsid w:val="002056C4"/>
    <w:rsid w:val="0020593A"/>
    <w:rsid w:val="002060C1"/>
    <w:rsid w:val="002065D1"/>
    <w:rsid w:val="0020758E"/>
    <w:rsid w:val="00207E16"/>
    <w:rsid w:val="00210415"/>
    <w:rsid w:val="00212979"/>
    <w:rsid w:val="0021324A"/>
    <w:rsid w:val="00214174"/>
    <w:rsid w:val="00216029"/>
    <w:rsid w:val="002164AF"/>
    <w:rsid w:val="00216F6C"/>
    <w:rsid w:val="0021706D"/>
    <w:rsid w:val="00217115"/>
    <w:rsid w:val="00220116"/>
    <w:rsid w:val="00220336"/>
    <w:rsid w:val="0022045A"/>
    <w:rsid w:val="00221ED2"/>
    <w:rsid w:val="00222F59"/>
    <w:rsid w:val="00224537"/>
    <w:rsid w:val="00224933"/>
    <w:rsid w:val="00226178"/>
    <w:rsid w:val="002271C9"/>
    <w:rsid w:val="002272CE"/>
    <w:rsid w:val="002278E5"/>
    <w:rsid w:val="00230021"/>
    <w:rsid w:val="002308BB"/>
    <w:rsid w:val="002310F2"/>
    <w:rsid w:val="0023137B"/>
    <w:rsid w:val="002318F1"/>
    <w:rsid w:val="00231F80"/>
    <w:rsid w:val="00232649"/>
    <w:rsid w:val="00232CAB"/>
    <w:rsid w:val="002335BF"/>
    <w:rsid w:val="00234845"/>
    <w:rsid w:val="00234CD4"/>
    <w:rsid w:val="00234E8A"/>
    <w:rsid w:val="002355B1"/>
    <w:rsid w:val="00237370"/>
    <w:rsid w:val="0023790D"/>
    <w:rsid w:val="00237A80"/>
    <w:rsid w:val="00237FBB"/>
    <w:rsid w:val="00240366"/>
    <w:rsid w:val="00240A39"/>
    <w:rsid w:val="002417DD"/>
    <w:rsid w:val="0024212D"/>
    <w:rsid w:val="002424E4"/>
    <w:rsid w:val="00242531"/>
    <w:rsid w:val="0024278A"/>
    <w:rsid w:val="00242959"/>
    <w:rsid w:val="00242DEF"/>
    <w:rsid w:val="00243387"/>
    <w:rsid w:val="00245533"/>
    <w:rsid w:val="0024630A"/>
    <w:rsid w:val="002464C3"/>
    <w:rsid w:val="0024657F"/>
    <w:rsid w:val="00246883"/>
    <w:rsid w:val="00246EAF"/>
    <w:rsid w:val="00247561"/>
    <w:rsid w:val="00247946"/>
    <w:rsid w:val="00247FFC"/>
    <w:rsid w:val="00250287"/>
    <w:rsid w:val="0025124D"/>
    <w:rsid w:val="0025142A"/>
    <w:rsid w:val="00251582"/>
    <w:rsid w:val="00251A89"/>
    <w:rsid w:val="00251E01"/>
    <w:rsid w:val="00252432"/>
    <w:rsid w:val="002524F0"/>
    <w:rsid w:val="00252D0C"/>
    <w:rsid w:val="00253861"/>
    <w:rsid w:val="00253922"/>
    <w:rsid w:val="002546E8"/>
    <w:rsid w:val="0025545D"/>
    <w:rsid w:val="00255846"/>
    <w:rsid w:val="00255C3A"/>
    <w:rsid w:val="0025603C"/>
    <w:rsid w:val="0025615D"/>
    <w:rsid w:val="002577F1"/>
    <w:rsid w:val="00257967"/>
    <w:rsid w:val="00257AE2"/>
    <w:rsid w:val="00257E6C"/>
    <w:rsid w:val="00260C34"/>
    <w:rsid w:val="00260D62"/>
    <w:rsid w:val="00260DD3"/>
    <w:rsid w:val="0026362C"/>
    <w:rsid w:val="0026369D"/>
    <w:rsid w:val="002636A2"/>
    <w:rsid w:val="002639BF"/>
    <w:rsid w:val="0026565C"/>
    <w:rsid w:val="00265E84"/>
    <w:rsid w:val="002666B0"/>
    <w:rsid w:val="0026778D"/>
    <w:rsid w:val="002702AA"/>
    <w:rsid w:val="00270F2C"/>
    <w:rsid w:val="002711F7"/>
    <w:rsid w:val="00271267"/>
    <w:rsid w:val="00271AC7"/>
    <w:rsid w:val="002721B1"/>
    <w:rsid w:val="00274719"/>
    <w:rsid w:val="00274C29"/>
    <w:rsid w:val="00274F22"/>
    <w:rsid w:val="002750CB"/>
    <w:rsid w:val="002753FC"/>
    <w:rsid w:val="00275769"/>
    <w:rsid w:val="00275885"/>
    <w:rsid w:val="00275E1C"/>
    <w:rsid w:val="00276402"/>
    <w:rsid w:val="00276511"/>
    <w:rsid w:val="00276B15"/>
    <w:rsid w:val="00280E01"/>
    <w:rsid w:val="002810B9"/>
    <w:rsid w:val="0028115F"/>
    <w:rsid w:val="0028138F"/>
    <w:rsid w:val="00281AF3"/>
    <w:rsid w:val="00281DDE"/>
    <w:rsid w:val="00283DF2"/>
    <w:rsid w:val="00284F38"/>
    <w:rsid w:val="002851E6"/>
    <w:rsid w:val="00285223"/>
    <w:rsid w:val="0028565C"/>
    <w:rsid w:val="00285BE5"/>
    <w:rsid w:val="00286FAD"/>
    <w:rsid w:val="0028725B"/>
    <w:rsid w:val="00287F49"/>
    <w:rsid w:val="00290800"/>
    <w:rsid w:val="0029169E"/>
    <w:rsid w:val="00293419"/>
    <w:rsid w:val="002936A4"/>
    <w:rsid w:val="002937BA"/>
    <w:rsid w:val="0029418B"/>
    <w:rsid w:val="00294CBF"/>
    <w:rsid w:val="00295911"/>
    <w:rsid w:val="00295A47"/>
    <w:rsid w:val="00295EC7"/>
    <w:rsid w:val="0029605A"/>
    <w:rsid w:val="0029639D"/>
    <w:rsid w:val="002979AB"/>
    <w:rsid w:val="002A0070"/>
    <w:rsid w:val="002A052F"/>
    <w:rsid w:val="002A0678"/>
    <w:rsid w:val="002A0AD8"/>
    <w:rsid w:val="002A2546"/>
    <w:rsid w:val="002A2AA4"/>
    <w:rsid w:val="002A2F36"/>
    <w:rsid w:val="002A3D3E"/>
    <w:rsid w:val="002A4958"/>
    <w:rsid w:val="002A4C43"/>
    <w:rsid w:val="002A50B6"/>
    <w:rsid w:val="002A5454"/>
    <w:rsid w:val="002A63E3"/>
    <w:rsid w:val="002A694E"/>
    <w:rsid w:val="002A7104"/>
    <w:rsid w:val="002B03F1"/>
    <w:rsid w:val="002B0862"/>
    <w:rsid w:val="002B0986"/>
    <w:rsid w:val="002B1235"/>
    <w:rsid w:val="002B1375"/>
    <w:rsid w:val="002B1A65"/>
    <w:rsid w:val="002B23DC"/>
    <w:rsid w:val="002B2D92"/>
    <w:rsid w:val="002B39C9"/>
    <w:rsid w:val="002B3A83"/>
    <w:rsid w:val="002B3D21"/>
    <w:rsid w:val="002B41BE"/>
    <w:rsid w:val="002B69FD"/>
    <w:rsid w:val="002B72C7"/>
    <w:rsid w:val="002B7731"/>
    <w:rsid w:val="002B7C03"/>
    <w:rsid w:val="002C04C3"/>
    <w:rsid w:val="002C1250"/>
    <w:rsid w:val="002C1570"/>
    <w:rsid w:val="002C2285"/>
    <w:rsid w:val="002C3055"/>
    <w:rsid w:val="002C3705"/>
    <w:rsid w:val="002C3EBA"/>
    <w:rsid w:val="002C4768"/>
    <w:rsid w:val="002C4B3E"/>
    <w:rsid w:val="002C532D"/>
    <w:rsid w:val="002C534E"/>
    <w:rsid w:val="002C5522"/>
    <w:rsid w:val="002C60FD"/>
    <w:rsid w:val="002C6AFA"/>
    <w:rsid w:val="002C6B63"/>
    <w:rsid w:val="002D0B38"/>
    <w:rsid w:val="002D10AC"/>
    <w:rsid w:val="002D13BA"/>
    <w:rsid w:val="002D15AB"/>
    <w:rsid w:val="002D16A7"/>
    <w:rsid w:val="002D1F6F"/>
    <w:rsid w:val="002D28A2"/>
    <w:rsid w:val="002D3166"/>
    <w:rsid w:val="002D35DC"/>
    <w:rsid w:val="002D3851"/>
    <w:rsid w:val="002D38D2"/>
    <w:rsid w:val="002D3BD4"/>
    <w:rsid w:val="002D4223"/>
    <w:rsid w:val="002D42DB"/>
    <w:rsid w:val="002D4340"/>
    <w:rsid w:val="002D5A7C"/>
    <w:rsid w:val="002D7BFF"/>
    <w:rsid w:val="002E056E"/>
    <w:rsid w:val="002E125A"/>
    <w:rsid w:val="002E32C5"/>
    <w:rsid w:val="002E3508"/>
    <w:rsid w:val="002E3B75"/>
    <w:rsid w:val="002E3CD0"/>
    <w:rsid w:val="002E3FED"/>
    <w:rsid w:val="002E4E0E"/>
    <w:rsid w:val="002E5DB9"/>
    <w:rsid w:val="002E5EDD"/>
    <w:rsid w:val="002E5F8C"/>
    <w:rsid w:val="002E6388"/>
    <w:rsid w:val="002E639E"/>
    <w:rsid w:val="002E653A"/>
    <w:rsid w:val="002E6FAB"/>
    <w:rsid w:val="002E72D3"/>
    <w:rsid w:val="002E76A9"/>
    <w:rsid w:val="002F072C"/>
    <w:rsid w:val="002F17BE"/>
    <w:rsid w:val="002F1B93"/>
    <w:rsid w:val="002F2D48"/>
    <w:rsid w:val="002F2D94"/>
    <w:rsid w:val="002F2F1E"/>
    <w:rsid w:val="002F3E11"/>
    <w:rsid w:val="002F424C"/>
    <w:rsid w:val="002F44E8"/>
    <w:rsid w:val="002F4A98"/>
    <w:rsid w:val="002F52E3"/>
    <w:rsid w:val="002F54EA"/>
    <w:rsid w:val="002F5C74"/>
    <w:rsid w:val="002F607D"/>
    <w:rsid w:val="002F641B"/>
    <w:rsid w:val="00300B4C"/>
    <w:rsid w:val="0030190E"/>
    <w:rsid w:val="00301A56"/>
    <w:rsid w:val="003023CF"/>
    <w:rsid w:val="0030391A"/>
    <w:rsid w:val="0030455C"/>
    <w:rsid w:val="0030477A"/>
    <w:rsid w:val="00304EAF"/>
    <w:rsid w:val="0030528E"/>
    <w:rsid w:val="003052CC"/>
    <w:rsid w:val="00305AC3"/>
    <w:rsid w:val="0030602D"/>
    <w:rsid w:val="00306258"/>
    <w:rsid w:val="003064A6"/>
    <w:rsid w:val="0030698F"/>
    <w:rsid w:val="00306CB2"/>
    <w:rsid w:val="00306E9F"/>
    <w:rsid w:val="00307599"/>
    <w:rsid w:val="00311634"/>
    <w:rsid w:val="00311A33"/>
    <w:rsid w:val="0031245C"/>
    <w:rsid w:val="00314151"/>
    <w:rsid w:val="00314E24"/>
    <w:rsid w:val="00315E7A"/>
    <w:rsid w:val="00315F85"/>
    <w:rsid w:val="003162C4"/>
    <w:rsid w:val="003163CD"/>
    <w:rsid w:val="0031760B"/>
    <w:rsid w:val="00317739"/>
    <w:rsid w:val="003211AF"/>
    <w:rsid w:val="003212A0"/>
    <w:rsid w:val="003224EB"/>
    <w:rsid w:val="00323FFB"/>
    <w:rsid w:val="003245A1"/>
    <w:rsid w:val="003251D4"/>
    <w:rsid w:val="003260C4"/>
    <w:rsid w:val="003267FC"/>
    <w:rsid w:val="003268AB"/>
    <w:rsid w:val="00326B38"/>
    <w:rsid w:val="00326F90"/>
    <w:rsid w:val="0033122E"/>
    <w:rsid w:val="003318A9"/>
    <w:rsid w:val="00331FD4"/>
    <w:rsid w:val="00332034"/>
    <w:rsid w:val="003320D0"/>
    <w:rsid w:val="00332AE1"/>
    <w:rsid w:val="00333515"/>
    <w:rsid w:val="00333F25"/>
    <w:rsid w:val="0033418B"/>
    <w:rsid w:val="003344E7"/>
    <w:rsid w:val="0033465D"/>
    <w:rsid w:val="00334F58"/>
    <w:rsid w:val="0033535F"/>
    <w:rsid w:val="00335746"/>
    <w:rsid w:val="003363AD"/>
    <w:rsid w:val="00336FEC"/>
    <w:rsid w:val="00337BFC"/>
    <w:rsid w:val="00337E52"/>
    <w:rsid w:val="00340EE6"/>
    <w:rsid w:val="00340F16"/>
    <w:rsid w:val="00341982"/>
    <w:rsid w:val="00341CAF"/>
    <w:rsid w:val="0034254B"/>
    <w:rsid w:val="0034317A"/>
    <w:rsid w:val="00343B39"/>
    <w:rsid w:val="00343C7E"/>
    <w:rsid w:val="00344939"/>
    <w:rsid w:val="003453F8"/>
    <w:rsid w:val="003455BF"/>
    <w:rsid w:val="00345BAA"/>
    <w:rsid w:val="003474DC"/>
    <w:rsid w:val="0034775A"/>
    <w:rsid w:val="00347924"/>
    <w:rsid w:val="003501A5"/>
    <w:rsid w:val="00350825"/>
    <w:rsid w:val="00351FD6"/>
    <w:rsid w:val="00351FDA"/>
    <w:rsid w:val="00352053"/>
    <w:rsid w:val="0035280A"/>
    <w:rsid w:val="00352BAA"/>
    <w:rsid w:val="00352C28"/>
    <w:rsid w:val="00353489"/>
    <w:rsid w:val="00353554"/>
    <w:rsid w:val="00353981"/>
    <w:rsid w:val="0035434D"/>
    <w:rsid w:val="00354686"/>
    <w:rsid w:val="0035477F"/>
    <w:rsid w:val="003547BB"/>
    <w:rsid w:val="00354AA7"/>
    <w:rsid w:val="00354F7E"/>
    <w:rsid w:val="00355E36"/>
    <w:rsid w:val="00355E9E"/>
    <w:rsid w:val="00356387"/>
    <w:rsid w:val="00357115"/>
    <w:rsid w:val="00357FF9"/>
    <w:rsid w:val="003600C3"/>
    <w:rsid w:val="0036100F"/>
    <w:rsid w:val="00361402"/>
    <w:rsid w:val="00362519"/>
    <w:rsid w:val="00362697"/>
    <w:rsid w:val="00362B00"/>
    <w:rsid w:val="00362EAD"/>
    <w:rsid w:val="00363159"/>
    <w:rsid w:val="00363333"/>
    <w:rsid w:val="00363449"/>
    <w:rsid w:val="00363ADD"/>
    <w:rsid w:val="00363B7D"/>
    <w:rsid w:val="003645D3"/>
    <w:rsid w:val="0036572B"/>
    <w:rsid w:val="00365842"/>
    <w:rsid w:val="00365A1C"/>
    <w:rsid w:val="00365A5C"/>
    <w:rsid w:val="00366294"/>
    <w:rsid w:val="00366AFA"/>
    <w:rsid w:val="00367A29"/>
    <w:rsid w:val="0037001A"/>
    <w:rsid w:val="00370044"/>
    <w:rsid w:val="003702FE"/>
    <w:rsid w:val="00370B67"/>
    <w:rsid w:val="003722E2"/>
    <w:rsid w:val="00372E54"/>
    <w:rsid w:val="00373E9E"/>
    <w:rsid w:val="0037400D"/>
    <w:rsid w:val="0037631F"/>
    <w:rsid w:val="00377C68"/>
    <w:rsid w:val="0038002E"/>
    <w:rsid w:val="0038034A"/>
    <w:rsid w:val="0038094C"/>
    <w:rsid w:val="00380FDF"/>
    <w:rsid w:val="00381772"/>
    <w:rsid w:val="00381A71"/>
    <w:rsid w:val="003827BE"/>
    <w:rsid w:val="003827D6"/>
    <w:rsid w:val="00382A42"/>
    <w:rsid w:val="003845A5"/>
    <w:rsid w:val="003845D6"/>
    <w:rsid w:val="00384E09"/>
    <w:rsid w:val="00385489"/>
    <w:rsid w:val="0038581A"/>
    <w:rsid w:val="00385BE2"/>
    <w:rsid w:val="00385D8A"/>
    <w:rsid w:val="00386345"/>
    <w:rsid w:val="00386C80"/>
    <w:rsid w:val="003875EA"/>
    <w:rsid w:val="00387809"/>
    <w:rsid w:val="0038799C"/>
    <w:rsid w:val="00387CDC"/>
    <w:rsid w:val="00387D49"/>
    <w:rsid w:val="003908EA"/>
    <w:rsid w:val="00391778"/>
    <w:rsid w:val="00392087"/>
    <w:rsid w:val="00392B71"/>
    <w:rsid w:val="003933C3"/>
    <w:rsid w:val="00393863"/>
    <w:rsid w:val="00393C0F"/>
    <w:rsid w:val="0039539A"/>
    <w:rsid w:val="00395B88"/>
    <w:rsid w:val="00396084"/>
    <w:rsid w:val="00396857"/>
    <w:rsid w:val="00396FE6"/>
    <w:rsid w:val="00397189"/>
    <w:rsid w:val="00397629"/>
    <w:rsid w:val="00397C23"/>
    <w:rsid w:val="003A004B"/>
    <w:rsid w:val="003A08F2"/>
    <w:rsid w:val="003A0F44"/>
    <w:rsid w:val="003A15B4"/>
    <w:rsid w:val="003A1609"/>
    <w:rsid w:val="003A1836"/>
    <w:rsid w:val="003A1C3D"/>
    <w:rsid w:val="003A1DC0"/>
    <w:rsid w:val="003A30DC"/>
    <w:rsid w:val="003A3AC6"/>
    <w:rsid w:val="003A41DA"/>
    <w:rsid w:val="003A43E6"/>
    <w:rsid w:val="003A6B35"/>
    <w:rsid w:val="003A6BEB"/>
    <w:rsid w:val="003A6C16"/>
    <w:rsid w:val="003A6E9E"/>
    <w:rsid w:val="003A75B3"/>
    <w:rsid w:val="003A7D1E"/>
    <w:rsid w:val="003A7E40"/>
    <w:rsid w:val="003B0065"/>
    <w:rsid w:val="003B02ED"/>
    <w:rsid w:val="003B0662"/>
    <w:rsid w:val="003B0DFF"/>
    <w:rsid w:val="003B1086"/>
    <w:rsid w:val="003B1523"/>
    <w:rsid w:val="003B2BFE"/>
    <w:rsid w:val="003B3428"/>
    <w:rsid w:val="003B41D2"/>
    <w:rsid w:val="003B4416"/>
    <w:rsid w:val="003B50D5"/>
    <w:rsid w:val="003B5933"/>
    <w:rsid w:val="003B5DF6"/>
    <w:rsid w:val="003B6FB8"/>
    <w:rsid w:val="003B79F7"/>
    <w:rsid w:val="003B7B6D"/>
    <w:rsid w:val="003B7DFB"/>
    <w:rsid w:val="003B7E76"/>
    <w:rsid w:val="003C098A"/>
    <w:rsid w:val="003C0A23"/>
    <w:rsid w:val="003C147E"/>
    <w:rsid w:val="003C1D42"/>
    <w:rsid w:val="003C1DB4"/>
    <w:rsid w:val="003C2D82"/>
    <w:rsid w:val="003C2E7F"/>
    <w:rsid w:val="003C3A4C"/>
    <w:rsid w:val="003C3EC0"/>
    <w:rsid w:val="003C3FFD"/>
    <w:rsid w:val="003C69BA"/>
    <w:rsid w:val="003C73B5"/>
    <w:rsid w:val="003D0C7C"/>
    <w:rsid w:val="003D1888"/>
    <w:rsid w:val="003D1EE1"/>
    <w:rsid w:val="003D238E"/>
    <w:rsid w:val="003D34DD"/>
    <w:rsid w:val="003D3637"/>
    <w:rsid w:val="003D364D"/>
    <w:rsid w:val="003D5BB2"/>
    <w:rsid w:val="003D5E26"/>
    <w:rsid w:val="003D6230"/>
    <w:rsid w:val="003D6CA8"/>
    <w:rsid w:val="003D77F4"/>
    <w:rsid w:val="003D7E2E"/>
    <w:rsid w:val="003D7E48"/>
    <w:rsid w:val="003E074E"/>
    <w:rsid w:val="003E111F"/>
    <w:rsid w:val="003E274F"/>
    <w:rsid w:val="003E2966"/>
    <w:rsid w:val="003E2B0C"/>
    <w:rsid w:val="003E30B6"/>
    <w:rsid w:val="003E4799"/>
    <w:rsid w:val="003E4B83"/>
    <w:rsid w:val="003E517E"/>
    <w:rsid w:val="003E52C7"/>
    <w:rsid w:val="003E5B5B"/>
    <w:rsid w:val="003E5E75"/>
    <w:rsid w:val="003E6415"/>
    <w:rsid w:val="003F1ABC"/>
    <w:rsid w:val="003F288F"/>
    <w:rsid w:val="003F2933"/>
    <w:rsid w:val="003F3AE0"/>
    <w:rsid w:val="003F400D"/>
    <w:rsid w:val="003F5AF3"/>
    <w:rsid w:val="003F5C5C"/>
    <w:rsid w:val="003F62B0"/>
    <w:rsid w:val="003F6323"/>
    <w:rsid w:val="003F6B06"/>
    <w:rsid w:val="003F6CE6"/>
    <w:rsid w:val="003F7419"/>
    <w:rsid w:val="003F742C"/>
    <w:rsid w:val="003F7BFF"/>
    <w:rsid w:val="004017DE"/>
    <w:rsid w:val="004017F3"/>
    <w:rsid w:val="00401B20"/>
    <w:rsid w:val="00402401"/>
    <w:rsid w:val="00402D8A"/>
    <w:rsid w:val="00404FB8"/>
    <w:rsid w:val="004054E4"/>
    <w:rsid w:val="00406235"/>
    <w:rsid w:val="004065E2"/>
    <w:rsid w:val="00410160"/>
    <w:rsid w:val="00410F1E"/>
    <w:rsid w:val="004110B7"/>
    <w:rsid w:val="00411C29"/>
    <w:rsid w:val="00411CB3"/>
    <w:rsid w:val="004120A7"/>
    <w:rsid w:val="004124E9"/>
    <w:rsid w:val="004131BA"/>
    <w:rsid w:val="004135FA"/>
    <w:rsid w:val="004144FF"/>
    <w:rsid w:val="00414A34"/>
    <w:rsid w:val="00415996"/>
    <w:rsid w:val="00416B9D"/>
    <w:rsid w:val="004171C0"/>
    <w:rsid w:val="00420D00"/>
    <w:rsid w:val="00421E09"/>
    <w:rsid w:val="00422403"/>
    <w:rsid w:val="004234FA"/>
    <w:rsid w:val="00423970"/>
    <w:rsid w:val="00423A46"/>
    <w:rsid w:val="00423DAF"/>
    <w:rsid w:val="004261A2"/>
    <w:rsid w:val="00426694"/>
    <w:rsid w:val="00426D26"/>
    <w:rsid w:val="00427821"/>
    <w:rsid w:val="00427CA5"/>
    <w:rsid w:val="00431BC5"/>
    <w:rsid w:val="00431C58"/>
    <w:rsid w:val="004320A0"/>
    <w:rsid w:val="00433328"/>
    <w:rsid w:val="0043332E"/>
    <w:rsid w:val="00433765"/>
    <w:rsid w:val="00433996"/>
    <w:rsid w:val="00434F9A"/>
    <w:rsid w:val="00435670"/>
    <w:rsid w:val="004357FA"/>
    <w:rsid w:val="0043585E"/>
    <w:rsid w:val="00435AD9"/>
    <w:rsid w:val="00435BCD"/>
    <w:rsid w:val="004367B9"/>
    <w:rsid w:val="0043704B"/>
    <w:rsid w:val="00437AC5"/>
    <w:rsid w:val="00440AE8"/>
    <w:rsid w:val="004421AB"/>
    <w:rsid w:val="00442DA1"/>
    <w:rsid w:val="00443257"/>
    <w:rsid w:val="004436C4"/>
    <w:rsid w:val="004437AE"/>
    <w:rsid w:val="004443F5"/>
    <w:rsid w:val="00444453"/>
    <w:rsid w:val="00444EEE"/>
    <w:rsid w:val="00445423"/>
    <w:rsid w:val="0044559D"/>
    <w:rsid w:val="004455F3"/>
    <w:rsid w:val="00446EFC"/>
    <w:rsid w:val="004471A0"/>
    <w:rsid w:val="00447D90"/>
    <w:rsid w:val="00447E5E"/>
    <w:rsid w:val="00447FC7"/>
    <w:rsid w:val="004509DA"/>
    <w:rsid w:val="004510B9"/>
    <w:rsid w:val="0045133F"/>
    <w:rsid w:val="0045159D"/>
    <w:rsid w:val="004517DD"/>
    <w:rsid w:val="00451A09"/>
    <w:rsid w:val="00452249"/>
    <w:rsid w:val="0045264D"/>
    <w:rsid w:val="00453CDF"/>
    <w:rsid w:val="00454C0A"/>
    <w:rsid w:val="00455A05"/>
    <w:rsid w:val="00457298"/>
    <w:rsid w:val="0045734A"/>
    <w:rsid w:val="004574C9"/>
    <w:rsid w:val="00457D24"/>
    <w:rsid w:val="00460228"/>
    <w:rsid w:val="00460E3F"/>
    <w:rsid w:val="00460FF8"/>
    <w:rsid w:val="00461081"/>
    <w:rsid w:val="004621C4"/>
    <w:rsid w:val="00463C1C"/>
    <w:rsid w:val="00463D3B"/>
    <w:rsid w:val="00464519"/>
    <w:rsid w:val="00464A47"/>
    <w:rsid w:val="00464D96"/>
    <w:rsid w:val="00465280"/>
    <w:rsid w:val="004656AB"/>
    <w:rsid w:val="00465CA1"/>
    <w:rsid w:val="004664AC"/>
    <w:rsid w:val="00466B15"/>
    <w:rsid w:val="00467014"/>
    <w:rsid w:val="004678A4"/>
    <w:rsid w:val="00467AF3"/>
    <w:rsid w:val="004700FA"/>
    <w:rsid w:val="004703A8"/>
    <w:rsid w:val="00470687"/>
    <w:rsid w:val="004706F8"/>
    <w:rsid w:val="004708CB"/>
    <w:rsid w:val="00470914"/>
    <w:rsid w:val="00470DAA"/>
    <w:rsid w:val="00470FEB"/>
    <w:rsid w:val="0047189F"/>
    <w:rsid w:val="004724CF"/>
    <w:rsid w:val="0047289F"/>
    <w:rsid w:val="00472977"/>
    <w:rsid w:val="0047299C"/>
    <w:rsid w:val="00472E18"/>
    <w:rsid w:val="004730DF"/>
    <w:rsid w:val="004730E5"/>
    <w:rsid w:val="00473A25"/>
    <w:rsid w:val="00473BF6"/>
    <w:rsid w:val="00475776"/>
    <w:rsid w:val="0047615E"/>
    <w:rsid w:val="004821FC"/>
    <w:rsid w:val="004829D8"/>
    <w:rsid w:val="00482D44"/>
    <w:rsid w:val="004834BE"/>
    <w:rsid w:val="004837B7"/>
    <w:rsid w:val="00483929"/>
    <w:rsid w:val="00483C86"/>
    <w:rsid w:val="00484400"/>
    <w:rsid w:val="004845DE"/>
    <w:rsid w:val="004849FA"/>
    <w:rsid w:val="004851AE"/>
    <w:rsid w:val="004852DA"/>
    <w:rsid w:val="00487006"/>
    <w:rsid w:val="00487514"/>
    <w:rsid w:val="00487AD9"/>
    <w:rsid w:val="00490769"/>
    <w:rsid w:val="004909AF"/>
    <w:rsid w:val="004910D6"/>
    <w:rsid w:val="0049203C"/>
    <w:rsid w:val="00492043"/>
    <w:rsid w:val="004926CF"/>
    <w:rsid w:val="00492F4A"/>
    <w:rsid w:val="00492FB6"/>
    <w:rsid w:val="00493D91"/>
    <w:rsid w:val="00494699"/>
    <w:rsid w:val="004948FD"/>
    <w:rsid w:val="00494EA8"/>
    <w:rsid w:val="00496168"/>
    <w:rsid w:val="004964A2"/>
    <w:rsid w:val="004A0CC9"/>
    <w:rsid w:val="004A0EB2"/>
    <w:rsid w:val="004A175B"/>
    <w:rsid w:val="004A1967"/>
    <w:rsid w:val="004A1C59"/>
    <w:rsid w:val="004A2A4D"/>
    <w:rsid w:val="004A2ABC"/>
    <w:rsid w:val="004A3111"/>
    <w:rsid w:val="004A4158"/>
    <w:rsid w:val="004A49B1"/>
    <w:rsid w:val="004A4CD6"/>
    <w:rsid w:val="004A53E2"/>
    <w:rsid w:val="004A5447"/>
    <w:rsid w:val="004A752E"/>
    <w:rsid w:val="004A7E61"/>
    <w:rsid w:val="004B0B0C"/>
    <w:rsid w:val="004B0C33"/>
    <w:rsid w:val="004B1767"/>
    <w:rsid w:val="004B1AC4"/>
    <w:rsid w:val="004B1B0B"/>
    <w:rsid w:val="004B1EEC"/>
    <w:rsid w:val="004B2211"/>
    <w:rsid w:val="004B3191"/>
    <w:rsid w:val="004B3315"/>
    <w:rsid w:val="004B3A0D"/>
    <w:rsid w:val="004B3B02"/>
    <w:rsid w:val="004B3F52"/>
    <w:rsid w:val="004B406F"/>
    <w:rsid w:val="004B427D"/>
    <w:rsid w:val="004B539B"/>
    <w:rsid w:val="004B6525"/>
    <w:rsid w:val="004B7D59"/>
    <w:rsid w:val="004C05B1"/>
    <w:rsid w:val="004C0864"/>
    <w:rsid w:val="004C09F8"/>
    <w:rsid w:val="004C0F09"/>
    <w:rsid w:val="004C1EA0"/>
    <w:rsid w:val="004C28AD"/>
    <w:rsid w:val="004C297C"/>
    <w:rsid w:val="004C3816"/>
    <w:rsid w:val="004C4120"/>
    <w:rsid w:val="004C4AF8"/>
    <w:rsid w:val="004C4B92"/>
    <w:rsid w:val="004C4E88"/>
    <w:rsid w:val="004C5455"/>
    <w:rsid w:val="004C5635"/>
    <w:rsid w:val="004C5C5E"/>
    <w:rsid w:val="004C7536"/>
    <w:rsid w:val="004C7A1E"/>
    <w:rsid w:val="004D0005"/>
    <w:rsid w:val="004D01DF"/>
    <w:rsid w:val="004D060A"/>
    <w:rsid w:val="004D0762"/>
    <w:rsid w:val="004D0BF7"/>
    <w:rsid w:val="004D2471"/>
    <w:rsid w:val="004D286E"/>
    <w:rsid w:val="004D4B37"/>
    <w:rsid w:val="004D4DBA"/>
    <w:rsid w:val="004D4E04"/>
    <w:rsid w:val="004D57D0"/>
    <w:rsid w:val="004D64AF"/>
    <w:rsid w:val="004D6CFB"/>
    <w:rsid w:val="004D7881"/>
    <w:rsid w:val="004E1233"/>
    <w:rsid w:val="004E205A"/>
    <w:rsid w:val="004E2905"/>
    <w:rsid w:val="004E40D8"/>
    <w:rsid w:val="004E40F3"/>
    <w:rsid w:val="004E55F1"/>
    <w:rsid w:val="004E6204"/>
    <w:rsid w:val="004E70EC"/>
    <w:rsid w:val="004E7502"/>
    <w:rsid w:val="004E7B7E"/>
    <w:rsid w:val="004F231D"/>
    <w:rsid w:val="004F339F"/>
    <w:rsid w:val="004F54C2"/>
    <w:rsid w:val="004F596B"/>
    <w:rsid w:val="004F5AAC"/>
    <w:rsid w:val="004F5D94"/>
    <w:rsid w:val="004F6197"/>
    <w:rsid w:val="004F653B"/>
    <w:rsid w:val="004F7282"/>
    <w:rsid w:val="004F7F47"/>
    <w:rsid w:val="00501D42"/>
    <w:rsid w:val="005022F2"/>
    <w:rsid w:val="005029CF"/>
    <w:rsid w:val="00502BA1"/>
    <w:rsid w:val="00502DDB"/>
    <w:rsid w:val="0050376D"/>
    <w:rsid w:val="005039B4"/>
    <w:rsid w:val="005049FE"/>
    <w:rsid w:val="00505886"/>
    <w:rsid w:val="00505A5E"/>
    <w:rsid w:val="00505E5E"/>
    <w:rsid w:val="005061FA"/>
    <w:rsid w:val="0050652F"/>
    <w:rsid w:val="005066EB"/>
    <w:rsid w:val="00506F10"/>
    <w:rsid w:val="00507684"/>
    <w:rsid w:val="005104A5"/>
    <w:rsid w:val="00510760"/>
    <w:rsid w:val="0051100C"/>
    <w:rsid w:val="00511DFC"/>
    <w:rsid w:val="00512777"/>
    <w:rsid w:val="005127CE"/>
    <w:rsid w:val="005127D7"/>
    <w:rsid w:val="00512B8A"/>
    <w:rsid w:val="00513192"/>
    <w:rsid w:val="00513930"/>
    <w:rsid w:val="005148BC"/>
    <w:rsid w:val="005154AD"/>
    <w:rsid w:val="005157A9"/>
    <w:rsid w:val="005161A1"/>
    <w:rsid w:val="005163EE"/>
    <w:rsid w:val="005169CC"/>
    <w:rsid w:val="005173A8"/>
    <w:rsid w:val="00520506"/>
    <w:rsid w:val="005206B5"/>
    <w:rsid w:val="00520B89"/>
    <w:rsid w:val="00520F08"/>
    <w:rsid w:val="00520F18"/>
    <w:rsid w:val="00522BF4"/>
    <w:rsid w:val="0052348A"/>
    <w:rsid w:val="00523927"/>
    <w:rsid w:val="0052416F"/>
    <w:rsid w:val="005243B8"/>
    <w:rsid w:val="00525175"/>
    <w:rsid w:val="00525275"/>
    <w:rsid w:val="00525423"/>
    <w:rsid w:val="005256C7"/>
    <w:rsid w:val="005262BF"/>
    <w:rsid w:val="00526732"/>
    <w:rsid w:val="00526D47"/>
    <w:rsid w:val="00527406"/>
    <w:rsid w:val="00527910"/>
    <w:rsid w:val="00527D84"/>
    <w:rsid w:val="00530057"/>
    <w:rsid w:val="0053006D"/>
    <w:rsid w:val="00530BD1"/>
    <w:rsid w:val="00530EC8"/>
    <w:rsid w:val="005319F9"/>
    <w:rsid w:val="00532CF1"/>
    <w:rsid w:val="00532E52"/>
    <w:rsid w:val="0053343C"/>
    <w:rsid w:val="00533573"/>
    <w:rsid w:val="005336CB"/>
    <w:rsid w:val="00534A84"/>
    <w:rsid w:val="00534CA0"/>
    <w:rsid w:val="00534D39"/>
    <w:rsid w:val="005353C6"/>
    <w:rsid w:val="00535B1D"/>
    <w:rsid w:val="00536115"/>
    <w:rsid w:val="00536ADE"/>
    <w:rsid w:val="00537274"/>
    <w:rsid w:val="00537EDA"/>
    <w:rsid w:val="005404C7"/>
    <w:rsid w:val="00540AE0"/>
    <w:rsid w:val="00540C89"/>
    <w:rsid w:val="00540E14"/>
    <w:rsid w:val="005413FF"/>
    <w:rsid w:val="005423A3"/>
    <w:rsid w:val="005428F3"/>
    <w:rsid w:val="00542AFB"/>
    <w:rsid w:val="00542C8E"/>
    <w:rsid w:val="00542D4E"/>
    <w:rsid w:val="00543C30"/>
    <w:rsid w:val="00543E13"/>
    <w:rsid w:val="00543E49"/>
    <w:rsid w:val="00544BA6"/>
    <w:rsid w:val="00544BC2"/>
    <w:rsid w:val="00545446"/>
    <w:rsid w:val="0054549E"/>
    <w:rsid w:val="0054638C"/>
    <w:rsid w:val="00546A88"/>
    <w:rsid w:val="00546F25"/>
    <w:rsid w:val="00547D66"/>
    <w:rsid w:val="005500DE"/>
    <w:rsid w:val="0055033A"/>
    <w:rsid w:val="0055085E"/>
    <w:rsid w:val="00551149"/>
    <w:rsid w:val="0055216B"/>
    <w:rsid w:val="00553D9E"/>
    <w:rsid w:val="00553FC3"/>
    <w:rsid w:val="00554885"/>
    <w:rsid w:val="00554D9C"/>
    <w:rsid w:val="0055529C"/>
    <w:rsid w:val="00555304"/>
    <w:rsid w:val="005557A8"/>
    <w:rsid w:val="00555F17"/>
    <w:rsid w:val="00556B25"/>
    <w:rsid w:val="00556FA6"/>
    <w:rsid w:val="00557126"/>
    <w:rsid w:val="00557133"/>
    <w:rsid w:val="00557958"/>
    <w:rsid w:val="005602AC"/>
    <w:rsid w:val="005604BF"/>
    <w:rsid w:val="0056134B"/>
    <w:rsid w:val="0056209D"/>
    <w:rsid w:val="0056212B"/>
    <w:rsid w:val="00562F8B"/>
    <w:rsid w:val="00563279"/>
    <w:rsid w:val="00563C3A"/>
    <w:rsid w:val="00563F49"/>
    <w:rsid w:val="00564A59"/>
    <w:rsid w:val="00565A95"/>
    <w:rsid w:val="005663C5"/>
    <w:rsid w:val="00566F33"/>
    <w:rsid w:val="005670A8"/>
    <w:rsid w:val="0056780F"/>
    <w:rsid w:val="00567BD4"/>
    <w:rsid w:val="0056E5D8"/>
    <w:rsid w:val="005709C1"/>
    <w:rsid w:val="00571F10"/>
    <w:rsid w:val="00572342"/>
    <w:rsid w:val="00572489"/>
    <w:rsid w:val="00572E53"/>
    <w:rsid w:val="00573362"/>
    <w:rsid w:val="00573ECE"/>
    <w:rsid w:val="00574333"/>
    <w:rsid w:val="00574B46"/>
    <w:rsid w:val="00575AF2"/>
    <w:rsid w:val="005760BB"/>
    <w:rsid w:val="005761EA"/>
    <w:rsid w:val="0057685B"/>
    <w:rsid w:val="00576A31"/>
    <w:rsid w:val="00577F7C"/>
    <w:rsid w:val="00580D21"/>
    <w:rsid w:val="0058169B"/>
    <w:rsid w:val="005818F7"/>
    <w:rsid w:val="00581A78"/>
    <w:rsid w:val="0058341B"/>
    <w:rsid w:val="00583900"/>
    <w:rsid w:val="00584706"/>
    <w:rsid w:val="00584A9F"/>
    <w:rsid w:val="005857ED"/>
    <w:rsid w:val="00585B9D"/>
    <w:rsid w:val="005869C2"/>
    <w:rsid w:val="00587718"/>
    <w:rsid w:val="005902DD"/>
    <w:rsid w:val="00590774"/>
    <w:rsid w:val="005907EA"/>
    <w:rsid w:val="00590BE9"/>
    <w:rsid w:val="00590C60"/>
    <w:rsid w:val="00590D1C"/>
    <w:rsid w:val="005918A6"/>
    <w:rsid w:val="005924EC"/>
    <w:rsid w:val="00592F40"/>
    <w:rsid w:val="00596148"/>
    <w:rsid w:val="00596997"/>
    <w:rsid w:val="00596FCA"/>
    <w:rsid w:val="00597F7E"/>
    <w:rsid w:val="005A0199"/>
    <w:rsid w:val="005A0405"/>
    <w:rsid w:val="005A1645"/>
    <w:rsid w:val="005A187A"/>
    <w:rsid w:val="005A22E4"/>
    <w:rsid w:val="005A2ADD"/>
    <w:rsid w:val="005A2F3C"/>
    <w:rsid w:val="005A2F65"/>
    <w:rsid w:val="005A302E"/>
    <w:rsid w:val="005A3960"/>
    <w:rsid w:val="005A4AD3"/>
    <w:rsid w:val="005A4F4B"/>
    <w:rsid w:val="005A6204"/>
    <w:rsid w:val="005A78E7"/>
    <w:rsid w:val="005B098F"/>
    <w:rsid w:val="005B0D3D"/>
    <w:rsid w:val="005B230F"/>
    <w:rsid w:val="005B2FAD"/>
    <w:rsid w:val="005B3966"/>
    <w:rsid w:val="005B45BE"/>
    <w:rsid w:val="005B48B9"/>
    <w:rsid w:val="005B493E"/>
    <w:rsid w:val="005B587C"/>
    <w:rsid w:val="005B6074"/>
    <w:rsid w:val="005B6850"/>
    <w:rsid w:val="005C0BC7"/>
    <w:rsid w:val="005C0C2C"/>
    <w:rsid w:val="005C10BD"/>
    <w:rsid w:val="005C355B"/>
    <w:rsid w:val="005C44CD"/>
    <w:rsid w:val="005C4748"/>
    <w:rsid w:val="005C4926"/>
    <w:rsid w:val="005C56A5"/>
    <w:rsid w:val="005C5818"/>
    <w:rsid w:val="005C6356"/>
    <w:rsid w:val="005C6648"/>
    <w:rsid w:val="005C6E45"/>
    <w:rsid w:val="005C70D5"/>
    <w:rsid w:val="005C74C4"/>
    <w:rsid w:val="005C7580"/>
    <w:rsid w:val="005C766C"/>
    <w:rsid w:val="005C79AE"/>
    <w:rsid w:val="005C7F7B"/>
    <w:rsid w:val="005D0815"/>
    <w:rsid w:val="005D130C"/>
    <w:rsid w:val="005D2238"/>
    <w:rsid w:val="005D28DA"/>
    <w:rsid w:val="005D2B4A"/>
    <w:rsid w:val="005D47DC"/>
    <w:rsid w:val="005D4A5E"/>
    <w:rsid w:val="005D5C9C"/>
    <w:rsid w:val="005D69F6"/>
    <w:rsid w:val="005D6FA9"/>
    <w:rsid w:val="005D71B8"/>
    <w:rsid w:val="005D7460"/>
    <w:rsid w:val="005D7482"/>
    <w:rsid w:val="005D748C"/>
    <w:rsid w:val="005D7822"/>
    <w:rsid w:val="005D7836"/>
    <w:rsid w:val="005D7937"/>
    <w:rsid w:val="005D7AA8"/>
    <w:rsid w:val="005D7C1F"/>
    <w:rsid w:val="005E2BAE"/>
    <w:rsid w:val="005E3B60"/>
    <w:rsid w:val="005E428A"/>
    <w:rsid w:val="005E471E"/>
    <w:rsid w:val="005E5A90"/>
    <w:rsid w:val="005E5F5A"/>
    <w:rsid w:val="005E6318"/>
    <w:rsid w:val="005E6E23"/>
    <w:rsid w:val="005E76D9"/>
    <w:rsid w:val="005E7C81"/>
    <w:rsid w:val="005F06A2"/>
    <w:rsid w:val="005F06CE"/>
    <w:rsid w:val="005F0A61"/>
    <w:rsid w:val="005F0EDE"/>
    <w:rsid w:val="005F1889"/>
    <w:rsid w:val="005F2B5C"/>
    <w:rsid w:val="005F2BD5"/>
    <w:rsid w:val="005F3239"/>
    <w:rsid w:val="005F4225"/>
    <w:rsid w:val="005F44C0"/>
    <w:rsid w:val="005F4AC0"/>
    <w:rsid w:val="005F4D1F"/>
    <w:rsid w:val="005F4E70"/>
    <w:rsid w:val="005F5920"/>
    <w:rsid w:val="005F5B10"/>
    <w:rsid w:val="005F5BB1"/>
    <w:rsid w:val="005F5D5E"/>
    <w:rsid w:val="005F6117"/>
    <w:rsid w:val="005F619E"/>
    <w:rsid w:val="005F6284"/>
    <w:rsid w:val="00600AF6"/>
    <w:rsid w:val="00600E1D"/>
    <w:rsid w:val="00602293"/>
    <w:rsid w:val="00603071"/>
    <w:rsid w:val="00603162"/>
    <w:rsid w:val="0060548B"/>
    <w:rsid w:val="006069F6"/>
    <w:rsid w:val="00607360"/>
    <w:rsid w:val="00607DB2"/>
    <w:rsid w:val="00607E72"/>
    <w:rsid w:val="00607EFA"/>
    <w:rsid w:val="0061042B"/>
    <w:rsid w:val="006111A1"/>
    <w:rsid w:val="00611281"/>
    <w:rsid w:val="00611A60"/>
    <w:rsid w:val="00611B44"/>
    <w:rsid w:val="00612495"/>
    <w:rsid w:val="00612CF5"/>
    <w:rsid w:val="00613D8C"/>
    <w:rsid w:val="0061420D"/>
    <w:rsid w:val="00614836"/>
    <w:rsid w:val="006154B1"/>
    <w:rsid w:val="00615545"/>
    <w:rsid w:val="0061564E"/>
    <w:rsid w:val="00615ABD"/>
    <w:rsid w:val="00616297"/>
    <w:rsid w:val="0061774D"/>
    <w:rsid w:val="00620066"/>
    <w:rsid w:val="006205FF"/>
    <w:rsid w:val="00620687"/>
    <w:rsid w:val="0062175A"/>
    <w:rsid w:val="006219B1"/>
    <w:rsid w:val="00621C7F"/>
    <w:rsid w:val="00621CF0"/>
    <w:rsid w:val="00622368"/>
    <w:rsid w:val="006225C8"/>
    <w:rsid w:val="006228FB"/>
    <w:rsid w:val="00623C05"/>
    <w:rsid w:val="0062424B"/>
    <w:rsid w:val="00624513"/>
    <w:rsid w:val="006249DE"/>
    <w:rsid w:val="00624FBD"/>
    <w:rsid w:val="00625314"/>
    <w:rsid w:val="006253C0"/>
    <w:rsid w:val="006257D3"/>
    <w:rsid w:val="00626801"/>
    <w:rsid w:val="00626F4C"/>
    <w:rsid w:val="0063194E"/>
    <w:rsid w:val="006332C6"/>
    <w:rsid w:val="006352D8"/>
    <w:rsid w:val="00635F9E"/>
    <w:rsid w:val="00636826"/>
    <w:rsid w:val="00640C44"/>
    <w:rsid w:val="00641AE8"/>
    <w:rsid w:val="0064207A"/>
    <w:rsid w:val="00642FCA"/>
    <w:rsid w:val="00643D6F"/>
    <w:rsid w:val="00643FDE"/>
    <w:rsid w:val="00644049"/>
    <w:rsid w:val="00644256"/>
    <w:rsid w:val="00645601"/>
    <w:rsid w:val="006457EE"/>
    <w:rsid w:val="00646396"/>
    <w:rsid w:val="006468FB"/>
    <w:rsid w:val="00647BFA"/>
    <w:rsid w:val="00650057"/>
    <w:rsid w:val="00650B46"/>
    <w:rsid w:val="0065121E"/>
    <w:rsid w:val="00651621"/>
    <w:rsid w:val="00652593"/>
    <w:rsid w:val="00653810"/>
    <w:rsid w:val="006538C6"/>
    <w:rsid w:val="00654404"/>
    <w:rsid w:val="0065500C"/>
    <w:rsid w:val="00655029"/>
    <w:rsid w:val="00655541"/>
    <w:rsid w:val="006557F9"/>
    <w:rsid w:val="00655E06"/>
    <w:rsid w:val="00656628"/>
    <w:rsid w:val="00656D05"/>
    <w:rsid w:val="00657B5A"/>
    <w:rsid w:val="0066012C"/>
    <w:rsid w:val="00660BC2"/>
    <w:rsid w:val="00661746"/>
    <w:rsid w:val="00661AA3"/>
    <w:rsid w:val="0066335E"/>
    <w:rsid w:val="0066367A"/>
    <w:rsid w:val="006637EA"/>
    <w:rsid w:val="00663B82"/>
    <w:rsid w:val="00663CAF"/>
    <w:rsid w:val="00663DCE"/>
    <w:rsid w:val="0066430C"/>
    <w:rsid w:val="00664870"/>
    <w:rsid w:val="006652AE"/>
    <w:rsid w:val="006661AE"/>
    <w:rsid w:val="0066621A"/>
    <w:rsid w:val="006705FE"/>
    <w:rsid w:val="006706A0"/>
    <w:rsid w:val="00671118"/>
    <w:rsid w:val="006718DB"/>
    <w:rsid w:val="00672430"/>
    <w:rsid w:val="0067327D"/>
    <w:rsid w:val="00673364"/>
    <w:rsid w:val="0067347A"/>
    <w:rsid w:val="00673C83"/>
    <w:rsid w:val="00673EFD"/>
    <w:rsid w:val="006751D6"/>
    <w:rsid w:val="00675956"/>
    <w:rsid w:val="00675A27"/>
    <w:rsid w:val="00676512"/>
    <w:rsid w:val="00676586"/>
    <w:rsid w:val="00676EEB"/>
    <w:rsid w:val="00677240"/>
    <w:rsid w:val="0067780E"/>
    <w:rsid w:val="00680095"/>
    <w:rsid w:val="006803C4"/>
    <w:rsid w:val="00680F84"/>
    <w:rsid w:val="006826B5"/>
    <w:rsid w:val="006830CB"/>
    <w:rsid w:val="0068343F"/>
    <w:rsid w:val="00683472"/>
    <w:rsid w:val="006834E8"/>
    <w:rsid w:val="00683E18"/>
    <w:rsid w:val="0068418C"/>
    <w:rsid w:val="00684C4B"/>
    <w:rsid w:val="00684D67"/>
    <w:rsid w:val="00684E38"/>
    <w:rsid w:val="00684ECB"/>
    <w:rsid w:val="00686252"/>
    <w:rsid w:val="00686C34"/>
    <w:rsid w:val="00686D9C"/>
    <w:rsid w:val="0068768F"/>
    <w:rsid w:val="006926BF"/>
    <w:rsid w:val="00693224"/>
    <w:rsid w:val="00693B36"/>
    <w:rsid w:val="00693C61"/>
    <w:rsid w:val="00694172"/>
    <w:rsid w:val="006947F3"/>
    <w:rsid w:val="006954B2"/>
    <w:rsid w:val="00695651"/>
    <w:rsid w:val="00695853"/>
    <w:rsid w:val="00695B08"/>
    <w:rsid w:val="00696077"/>
    <w:rsid w:val="006967AE"/>
    <w:rsid w:val="00696B95"/>
    <w:rsid w:val="00696E4D"/>
    <w:rsid w:val="00696F0B"/>
    <w:rsid w:val="00697169"/>
    <w:rsid w:val="006978BB"/>
    <w:rsid w:val="00697CDC"/>
    <w:rsid w:val="006A0510"/>
    <w:rsid w:val="006A0906"/>
    <w:rsid w:val="006A093C"/>
    <w:rsid w:val="006A0E36"/>
    <w:rsid w:val="006A2E87"/>
    <w:rsid w:val="006A3567"/>
    <w:rsid w:val="006A39D4"/>
    <w:rsid w:val="006A3C80"/>
    <w:rsid w:val="006A3F07"/>
    <w:rsid w:val="006A445C"/>
    <w:rsid w:val="006A44C2"/>
    <w:rsid w:val="006A598D"/>
    <w:rsid w:val="006A5E5A"/>
    <w:rsid w:val="006A69BE"/>
    <w:rsid w:val="006A6A19"/>
    <w:rsid w:val="006A6FAC"/>
    <w:rsid w:val="006A6FB4"/>
    <w:rsid w:val="006A7251"/>
    <w:rsid w:val="006A72C4"/>
    <w:rsid w:val="006A766B"/>
    <w:rsid w:val="006A7BA2"/>
    <w:rsid w:val="006B030E"/>
    <w:rsid w:val="006B10AD"/>
    <w:rsid w:val="006B1539"/>
    <w:rsid w:val="006B2156"/>
    <w:rsid w:val="006B2527"/>
    <w:rsid w:val="006B33EB"/>
    <w:rsid w:val="006B34C5"/>
    <w:rsid w:val="006B44E1"/>
    <w:rsid w:val="006B4F87"/>
    <w:rsid w:val="006B60E4"/>
    <w:rsid w:val="006B64D2"/>
    <w:rsid w:val="006B673F"/>
    <w:rsid w:val="006B79A9"/>
    <w:rsid w:val="006B7C72"/>
    <w:rsid w:val="006B7EEA"/>
    <w:rsid w:val="006C0E68"/>
    <w:rsid w:val="006C1B65"/>
    <w:rsid w:val="006C1EA1"/>
    <w:rsid w:val="006C2A4F"/>
    <w:rsid w:val="006C2FA5"/>
    <w:rsid w:val="006C3587"/>
    <w:rsid w:val="006C479A"/>
    <w:rsid w:val="006C4A04"/>
    <w:rsid w:val="006C4A5D"/>
    <w:rsid w:val="006C565C"/>
    <w:rsid w:val="006C5712"/>
    <w:rsid w:val="006C59EC"/>
    <w:rsid w:val="006C5A4B"/>
    <w:rsid w:val="006C622C"/>
    <w:rsid w:val="006C6433"/>
    <w:rsid w:val="006C67BE"/>
    <w:rsid w:val="006C6987"/>
    <w:rsid w:val="006C6B8C"/>
    <w:rsid w:val="006C6DF0"/>
    <w:rsid w:val="006C7035"/>
    <w:rsid w:val="006D00E7"/>
    <w:rsid w:val="006D1109"/>
    <w:rsid w:val="006D1371"/>
    <w:rsid w:val="006D1624"/>
    <w:rsid w:val="006D1909"/>
    <w:rsid w:val="006D1AAD"/>
    <w:rsid w:val="006D22EC"/>
    <w:rsid w:val="006D29E8"/>
    <w:rsid w:val="006D2AAF"/>
    <w:rsid w:val="006D3AA9"/>
    <w:rsid w:val="006D411F"/>
    <w:rsid w:val="006D439C"/>
    <w:rsid w:val="006D4642"/>
    <w:rsid w:val="006D51DD"/>
    <w:rsid w:val="006D538E"/>
    <w:rsid w:val="006D59EB"/>
    <w:rsid w:val="006D6380"/>
    <w:rsid w:val="006D72C7"/>
    <w:rsid w:val="006D7E37"/>
    <w:rsid w:val="006E008D"/>
    <w:rsid w:val="006E0E12"/>
    <w:rsid w:val="006E1A28"/>
    <w:rsid w:val="006E1FC2"/>
    <w:rsid w:val="006E26C6"/>
    <w:rsid w:val="006E31B5"/>
    <w:rsid w:val="006E436C"/>
    <w:rsid w:val="006E4714"/>
    <w:rsid w:val="006E60EE"/>
    <w:rsid w:val="006E64A3"/>
    <w:rsid w:val="006E6C91"/>
    <w:rsid w:val="006E6D05"/>
    <w:rsid w:val="006E6DA6"/>
    <w:rsid w:val="006E6DC2"/>
    <w:rsid w:val="006E7363"/>
    <w:rsid w:val="006E7A83"/>
    <w:rsid w:val="006E7F93"/>
    <w:rsid w:val="006F1099"/>
    <w:rsid w:val="006F1155"/>
    <w:rsid w:val="006F1275"/>
    <w:rsid w:val="006F12B6"/>
    <w:rsid w:val="006F186A"/>
    <w:rsid w:val="006F1EE9"/>
    <w:rsid w:val="006F20DE"/>
    <w:rsid w:val="006F2136"/>
    <w:rsid w:val="006F271D"/>
    <w:rsid w:val="006F2D92"/>
    <w:rsid w:val="006F2F3E"/>
    <w:rsid w:val="006F33C4"/>
    <w:rsid w:val="006F3B39"/>
    <w:rsid w:val="006F4362"/>
    <w:rsid w:val="006F4628"/>
    <w:rsid w:val="006F4878"/>
    <w:rsid w:val="006F513E"/>
    <w:rsid w:val="006F537F"/>
    <w:rsid w:val="006F5D28"/>
    <w:rsid w:val="006F6108"/>
    <w:rsid w:val="006F72D0"/>
    <w:rsid w:val="006F7644"/>
    <w:rsid w:val="006F7DA7"/>
    <w:rsid w:val="007004A8"/>
    <w:rsid w:val="00700558"/>
    <w:rsid w:val="007009D8"/>
    <w:rsid w:val="007018DC"/>
    <w:rsid w:val="0070237B"/>
    <w:rsid w:val="00702720"/>
    <w:rsid w:val="00703F04"/>
    <w:rsid w:val="00704564"/>
    <w:rsid w:val="0070557D"/>
    <w:rsid w:val="00705C1D"/>
    <w:rsid w:val="00705CA2"/>
    <w:rsid w:val="00706EBB"/>
    <w:rsid w:val="0070712C"/>
    <w:rsid w:val="007105B8"/>
    <w:rsid w:val="00710778"/>
    <w:rsid w:val="00710A27"/>
    <w:rsid w:val="00711431"/>
    <w:rsid w:val="0071211E"/>
    <w:rsid w:val="00712223"/>
    <w:rsid w:val="00712522"/>
    <w:rsid w:val="0071253C"/>
    <w:rsid w:val="00712593"/>
    <w:rsid w:val="00713175"/>
    <w:rsid w:val="0071434D"/>
    <w:rsid w:val="007144DC"/>
    <w:rsid w:val="00715570"/>
    <w:rsid w:val="007155E8"/>
    <w:rsid w:val="00715B77"/>
    <w:rsid w:val="00716127"/>
    <w:rsid w:val="007166D4"/>
    <w:rsid w:val="007168E3"/>
    <w:rsid w:val="00716A30"/>
    <w:rsid w:val="00716F41"/>
    <w:rsid w:val="007178E8"/>
    <w:rsid w:val="00717D89"/>
    <w:rsid w:val="00720F9B"/>
    <w:rsid w:val="007214E5"/>
    <w:rsid w:val="00721779"/>
    <w:rsid w:val="00721A46"/>
    <w:rsid w:val="00721AB3"/>
    <w:rsid w:val="00721F74"/>
    <w:rsid w:val="00722692"/>
    <w:rsid w:val="00722DF8"/>
    <w:rsid w:val="007235FA"/>
    <w:rsid w:val="007242A4"/>
    <w:rsid w:val="00724F83"/>
    <w:rsid w:val="00724FE9"/>
    <w:rsid w:val="007250A8"/>
    <w:rsid w:val="00725C96"/>
    <w:rsid w:val="00726536"/>
    <w:rsid w:val="00726735"/>
    <w:rsid w:val="00727E36"/>
    <w:rsid w:val="00730096"/>
    <w:rsid w:val="007307D3"/>
    <w:rsid w:val="00730B30"/>
    <w:rsid w:val="007326F8"/>
    <w:rsid w:val="00733671"/>
    <w:rsid w:val="0073443B"/>
    <w:rsid w:val="0073489B"/>
    <w:rsid w:val="00734CF4"/>
    <w:rsid w:val="00735FB7"/>
    <w:rsid w:val="00737437"/>
    <w:rsid w:val="007376B1"/>
    <w:rsid w:val="00737C4E"/>
    <w:rsid w:val="00740B54"/>
    <w:rsid w:val="0074175C"/>
    <w:rsid w:val="00743306"/>
    <w:rsid w:val="00743876"/>
    <w:rsid w:val="007443FA"/>
    <w:rsid w:val="00746A16"/>
    <w:rsid w:val="00746B7E"/>
    <w:rsid w:val="00746C19"/>
    <w:rsid w:val="00747B1C"/>
    <w:rsid w:val="0075088D"/>
    <w:rsid w:val="00750F0D"/>
    <w:rsid w:val="0075168A"/>
    <w:rsid w:val="00751AC1"/>
    <w:rsid w:val="00751EF6"/>
    <w:rsid w:val="0075295B"/>
    <w:rsid w:val="007533FA"/>
    <w:rsid w:val="00753875"/>
    <w:rsid w:val="00754DE2"/>
    <w:rsid w:val="007565BC"/>
    <w:rsid w:val="00756810"/>
    <w:rsid w:val="00757034"/>
    <w:rsid w:val="00760038"/>
    <w:rsid w:val="007600A9"/>
    <w:rsid w:val="00760759"/>
    <w:rsid w:val="00761C4F"/>
    <w:rsid w:val="0076201C"/>
    <w:rsid w:val="00762574"/>
    <w:rsid w:val="007626E7"/>
    <w:rsid w:val="007627B5"/>
    <w:rsid w:val="00763777"/>
    <w:rsid w:val="00763DF5"/>
    <w:rsid w:val="007642E7"/>
    <w:rsid w:val="0076506B"/>
    <w:rsid w:val="007652F4"/>
    <w:rsid w:val="007657D8"/>
    <w:rsid w:val="00765C32"/>
    <w:rsid w:val="007660AE"/>
    <w:rsid w:val="00766F28"/>
    <w:rsid w:val="00766FF6"/>
    <w:rsid w:val="00767576"/>
    <w:rsid w:val="007678B3"/>
    <w:rsid w:val="00770026"/>
    <w:rsid w:val="00770395"/>
    <w:rsid w:val="00770467"/>
    <w:rsid w:val="00770D12"/>
    <w:rsid w:val="007713E6"/>
    <w:rsid w:val="00772955"/>
    <w:rsid w:val="00773858"/>
    <w:rsid w:val="00773D49"/>
    <w:rsid w:val="007743C7"/>
    <w:rsid w:val="00774E31"/>
    <w:rsid w:val="00775211"/>
    <w:rsid w:val="007752E3"/>
    <w:rsid w:val="007756F2"/>
    <w:rsid w:val="007813DF"/>
    <w:rsid w:val="007824C8"/>
    <w:rsid w:val="00782697"/>
    <w:rsid w:val="0078314B"/>
    <w:rsid w:val="0078519F"/>
    <w:rsid w:val="00785868"/>
    <w:rsid w:val="00786304"/>
    <w:rsid w:val="00786651"/>
    <w:rsid w:val="00786E7F"/>
    <w:rsid w:val="00786E9B"/>
    <w:rsid w:val="0078796D"/>
    <w:rsid w:val="00787EAD"/>
    <w:rsid w:val="00787F89"/>
    <w:rsid w:val="00791D67"/>
    <w:rsid w:val="00792248"/>
    <w:rsid w:val="00792CE0"/>
    <w:rsid w:val="00792E6E"/>
    <w:rsid w:val="00792FF6"/>
    <w:rsid w:val="007932AB"/>
    <w:rsid w:val="007933F1"/>
    <w:rsid w:val="0079461B"/>
    <w:rsid w:val="00794820"/>
    <w:rsid w:val="00794901"/>
    <w:rsid w:val="00794A07"/>
    <w:rsid w:val="00794BAD"/>
    <w:rsid w:val="00794D7D"/>
    <w:rsid w:val="00794EF4"/>
    <w:rsid w:val="00795133"/>
    <w:rsid w:val="00795B22"/>
    <w:rsid w:val="00795C35"/>
    <w:rsid w:val="00797257"/>
    <w:rsid w:val="007A0511"/>
    <w:rsid w:val="007A084A"/>
    <w:rsid w:val="007A0B16"/>
    <w:rsid w:val="007A130B"/>
    <w:rsid w:val="007A1CB5"/>
    <w:rsid w:val="007A23CA"/>
    <w:rsid w:val="007A4900"/>
    <w:rsid w:val="007A5163"/>
    <w:rsid w:val="007A567F"/>
    <w:rsid w:val="007A6F24"/>
    <w:rsid w:val="007A7855"/>
    <w:rsid w:val="007B0891"/>
    <w:rsid w:val="007B09E3"/>
    <w:rsid w:val="007B0C4C"/>
    <w:rsid w:val="007B12AC"/>
    <w:rsid w:val="007B14DC"/>
    <w:rsid w:val="007B1F30"/>
    <w:rsid w:val="007B2AEC"/>
    <w:rsid w:val="007B32C2"/>
    <w:rsid w:val="007B4A2A"/>
    <w:rsid w:val="007B5198"/>
    <w:rsid w:val="007B5DCE"/>
    <w:rsid w:val="007B652B"/>
    <w:rsid w:val="007B7ED3"/>
    <w:rsid w:val="007B7F14"/>
    <w:rsid w:val="007C04AF"/>
    <w:rsid w:val="007C117E"/>
    <w:rsid w:val="007C2250"/>
    <w:rsid w:val="007C3025"/>
    <w:rsid w:val="007C408F"/>
    <w:rsid w:val="007C4D4D"/>
    <w:rsid w:val="007C51F4"/>
    <w:rsid w:val="007C57C7"/>
    <w:rsid w:val="007C57E8"/>
    <w:rsid w:val="007C5AF4"/>
    <w:rsid w:val="007C608D"/>
    <w:rsid w:val="007C6103"/>
    <w:rsid w:val="007C674D"/>
    <w:rsid w:val="007C689B"/>
    <w:rsid w:val="007C70B3"/>
    <w:rsid w:val="007C75BF"/>
    <w:rsid w:val="007C778C"/>
    <w:rsid w:val="007C7A93"/>
    <w:rsid w:val="007D05BD"/>
    <w:rsid w:val="007D0F13"/>
    <w:rsid w:val="007D11D2"/>
    <w:rsid w:val="007D1BF2"/>
    <w:rsid w:val="007D1CD6"/>
    <w:rsid w:val="007D1D83"/>
    <w:rsid w:val="007D23BE"/>
    <w:rsid w:val="007D23CF"/>
    <w:rsid w:val="007D2AB3"/>
    <w:rsid w:val="007D2D8B"/>
    <w:rsid w:val="007D34BA"/>
    <w:rsid w:val="007D3A3E"/>
    <w:rsid w:val="007D4870"/>
    <w:rsid w:val="007D58CB"/>
    <w:rsid w:val="007D5925"/>
    <w:rsid w:val="007D5DCB"/>
    <w:rsid w:val="007D5F6C"/>
    <w:rsid w:val="007D5FE0"/>
    <w:rsid w:val="007D6855"/>
    <w:rsid w:val="007D741E"/>
    <w:rsid w:val="007E1136"/>
    <w:rsid w:val="007E25C6"/>
    <w:rsid w:val="007E35F2"/>
    <w:rsid w:val="007E4000"/>
    <w:rsid w:val="007E43D7"/>
    <w:rsid w:val="007E468C"/>
    <w:rsid w:val="007E5001"/>
    <w:rsid w:val="007E5051"/>
    <w:rsid w:val="007E5400"/>
    <w:rsid w:val="007E56FD"/>
    <w:rsid w:val="007E5C79"/>
    <w:rsid w:val="007E63AB"/>
    <w:rsid w:val="007E6FE9"/>
    <w:rsid w:val="007E7F8E"/>
    <w:rsid w:val="007F016B"/>
    <w:rsid w:val="007F0CEB"/>
    <w:rsid w:val="007F1A77"/>
    <w:rsid w:val="007F1F20"/>
    <w:rsid w:val="007F23B9"/>
    <w:rsid w:val="007F23E2"/>
    <w:rsid w:val="007F257A"/>
    <w:rsid w:val="007F2FB4"/>
    <w:rsid w:val="007F336E"/>
    <w:rsid w:val="007F3662"/>
    <w:rsid w:val="007F3756"/>
    <w:rsid w:val="007F3E9E"/>
    <w:rsid w:val="007F451A"/>
    <w:rsid w:val="007F4CE7"/>
    <w:rsid w:val="007F51BA"/>
    <w:rsid w:val="007F58B5"/>
    <w:rsid w:val="007F5E84"/>
    <w:rsid w:val="007F5EE2"/>
    <w:rsid w:val="007F6232"/>
    <w:rsid w:val="007F736F"/>
    <w:rsid w:val="007F77CC"/>
    <w:rsid w:val="008003BD"/>
    <w:rsid w:val="00801688"/>
    <w:rsid w:val="008017FD"/>
    <w:rsid w:val="00801B4C"/>
    <w:rsid w:val="00802107"/>
    <w:rsid w:val="008022FC"/>
    <w:rsid w:val="00802EEF"/>
    <w:rsid w:val="00803DAF"/>
    <w:rsid w:val="00804C3A"/>
    <w:rsid w:val="0080558F"/>
    <w:rsid w:val="008056C8"/>
    <w:rsid w:val="00805702"/>
    <w:rsid w:val="00805C00"/>
    <w:rsid w:val="00806529"/>
    <w:rsid w:val="008067DD"/>
    <w:rsid w:val="00806D7E"/>
    <w:rsid w:val="0081037A"/>
    <w:rsid w:val="0081051B"/>
    <w:rsid w:val="00811218"/>
    <w:rsid w:val="0081158F"/>
    <w:rsid w:val="008116E4"/>
    <w:rsid w:val="008122A7"/>
    <w:rsid w:val="00813169"/>
    <w:rsid w:val="008136E1"/>
    <w:rsid w:val="0081378A"/>
    <w:rsid w:val="00813F45"/>
    <w:rsid w:val="00813FCA"/>
    <w:rsid w:val="00815886"/>
    <w:rsid w:val="008159CB"/>
    <w:rsid w:val="008160D8"/>
    <w:rsid w:val="00816BA2"/>
    <w:rsid w:val="00817B9A"/>
    <w:rsid w:val="00817FA5"/>
    <w:rsid w:val="00821D79"/>
    <w:rsid w:val="00822233"/>
    <w:rsid w:val="00824495"/>
    <w:rsid w:val="008250D0"/>
    <w:rsid w:val="008251E8"/>
    <w:rsid w:val="00825277"/>
    <w:rsid w:val="00825440"/>
    <w:rsid w:val="00825781"/>
    <w:rsid w:val="0082591F"/>
    <w:rsid w:val="00826F8D"/>
    <w:rsid w:val="008274AE"/>
    <w:rsid w:val="00827530"/>
    <w:rsid w:val="0083059A"/>
    <w:rsid w:val="008306FB"/>
    <w:rsid w:val="008314ED"/>
    <w:rsid w:val="00831E81"/>
    <w:rsid w:val="00832A77"/>
    <w:rsid w:val="008334DD"/>
    <w:rsid w:val="00835571"/>
    <w:rsid w:val="00835682"/>
    <w:rsid w:val="00835BBB"/>
    <w:rsid w:val="00836D88"/>
    <w:rsid w:val="00836FEA"/>
    <w:rsid w:val="008375CF"/>
    <w:rsid w:val="00837CB2"/>
    <w:rsid w:val="00837D65"/>
    <w:rsid w:val="00841199"/>
    <w:rsid w:val="008427CB"/>
    <w:rsid w:val="0084308D"/>
    <w:rsid w:val="00843381"/>
    <w:rsid w:val="008439A1"/>
    <w:rsid w:val="00843A95"/>
    <w:rsid w:val="00843F64"/>
    <w:rsid w:val="008444EB"/>
    <w:rsid w:val="00844639"/>
    <w:rsid w:val="008448BA"/>
    <w:rsid w:val="008459F6"/>
    <w:rsid w:val="0084608A"/>
    <w:rsid w:val="00846EAE"/>
    <w:rsid w:val="00847346"/>
    <w:rsid w:val="00847626"/>
    <w:rsid w:val="008476CF"/>
    <w:rsid w:val="008476ED"/>
    <w:rsid w:val="00847757"/>
    <w:rsid w:val="00850E2E"/>
    <w:rsid w:val="00851613"/>
    <w:rsid w:val="00851E93"/>
    <w:rsid w:val="00852A94"/>
    <w:rsid w:val="00852E66"/>
    <w:rsid w:val="00852FCC"/>
    <w:rsid w:val="00853314"/>
    <w:rsid w:val="0085415A"/>
    <w:rsid w:val="00854E56"/>
    <w:rsid w:val="008555BA"/>
    <w:rsid w:val="00855626"/>
    <w:rsid w:val="00855743"/>
    <w:rsid w:val="0085594E"/>
    <w:rsid w:val="00855F0E"/>
    <w:rsid w:val="0085630D"/>
    <w:rsid w:val="0085786E"/>
    <w:rsid w:val="008609C6"/>
    <w:rsid w:val="00860C35"/>
    <w:rsid w:val="00861EBF"/>
    <w:rsid w:val="00861FAD"/>
    <w:rsid w:val="00863116"/>
    <w:rsid w:val="00864329"/>
    <w:rsid w:val="00864598"/>
    <w:rsid w:val="00865151"/>
    <w:rsid w:val="00865670"/>
    <w:rsid w:val="00865E64"/>
    <w:rsid w:val="0086622B"/>
    <w:rsid w:val="00866694"/>
    <w:rsid w:val="00866FBA"/>
    <w:rsid w:val="0086725D"/>
    <w:rsid w:val="008679F3"/>
    <w:rsid w:val="00867EE9"/>
    <w:rsid w:val="008712C2"/>
    <w:rsid w:val="00871C05"/>
    <w:rsid w:val="00872048"/>
    <w:rsid w:val="00873772"/>
    <w:rsid w:val="00873964"/>
    <w:rsid w:val="00873ED7"/>
    <w:rsid w:val="0087490E"/>
    <w:rsid w:val="00874B9B"/>
    <w:rsid w:val="00875D63"/>
    <w:rsid w:val="00876140"/>
    <w:rsid w:val="008764E4"/>
    <w:rsid w:val="0087670F"/>
    <w:rsid w:val="00876932"/>
    <w:rsid w:val="00876A93"/>
    <w:rsid w:val="0087739E"/>
    <w:rsid w:val="00880075"/>
    <w:rsid w:val="008808BD"/>
    <w:rsid w:val="008829D8"/>
    <w:rsid w:val="00882C41"/>
    <w:rsid w:val="00883647"/>
    <w:rsid w:val="00885954"/>
    <w:rsid w:val="00885B50"/>
    <w:rsid w:val="008865A5"/>
    <w:rsid w:val="00886841"/>
    <w:rsid w:val="008875C5"/>
    <w:rsid w:val="00890176"/>
    <w:rsid w:val="0089065E"/>
    <w:rsid w:val="00890F7C"/>
    <w:rsid w:val="008910EA"/>
    <w:rsid w:val="00892DFA"/>
    <w:rsid w:val="0089301D"/>
    <w:rsid w:val="00894242"/>
    <w:rsid w:val="00894369"/>
    <w:rsid w:val="00894A61"/>
    <w:rsid w:val="008951E4"/>
    <w:rsid w:val="008956B5"/>
    <w:rsid w:val="00895C50"/>
    <w:rsid w:val="00897243"/>
    <w:rsid w:val="0089753F"/>
    <w:rsid w:val="00897A76"/>
    <w:rsid w:val="008A0868"/>
    <w:rsid w:val="008A16D1"/>
    <w:rsid w:val="008A2C81"/>
    <w:rsid w:val="008A2DD9"/>
    <w:rsid w:val="008A3002"/>
    <w:rsid w:val="008A476D"/>
    <w:rsid w:val="008A4EAD"/>
    <w:rsid w:val="008A536F"/>
    <w:rsid w:val="008A5C96"/>
    <w:rsid w:val="008A684A"/>
    <w:rsid w:val="008A693B"/>
    <w:rsid w:val="008A6DB6"/>
    <w:rsid w:val="008A7336"/>
    <w:rsid w:val="008A7B8E"/>
    <w:rsid w:val="008B0012"/>
    <w:rsid w:val="008B10D0"/>
    <w:rsid w:val="008B19EC"/>
    <w:rsid w:val="008B20FE"/>
    <w:rsid w:val="008B2381"/>
    <w:rsid w:val="008B2AA9"/>
    <w:rsid w:val="008B2BA5"/>
    <w:rsid w:val="008B2DA0"/>
    <w:rsid w:val="008B34B7"/>
    <w:rsid w:val="008B41C7"/>
    <w:rsid w:val="008B46ED"/>
    <w:rsid w:val="008B54DE"/>
    <w:rsid w:val="008B5FC5"/>
    <w:rsid w:val="008B7E65"/>
    <w:rsid w:val="008C21AA"/>
    <w:rsid w:val="008C28E4"/>
    <w:rsid w:val="008C2D08"/>
    <w:rsid w:val="008C3570"/>
    <w:rsid w:val="008C394E"/>
    <w:rsid w:val="008C41E6"/>
    <w:rsid w:val="008C58CE"/>
    <w:rsid w:val="008C603B"/>
    <w:rsid w:val="008C6545"/>
    <w:rsid w:val="008C7B64"/>
    <w:rsid w:val="008D1537"/>
    <w:rsid w:val="008D1D6F"/>
    <w:rsid w:val="008D1E3F"/>
    <w:rsid w:val="008D1F92"/>
    <w:rsid w:val="008D217E"/>
    <w:rsid w:val="008D23F9"/>
    <w:rsid w:val="008D287B"/>
    <w:rsid w:val="008D2B66"/>
    <w:rsid w:val="008D2D86"/>
    <w:rsid w:val="008D2E44"/>
    <w:rsid w:val="008D32D0"/>
    <w:rsid w:val="008D333D"/>
    <w:rsid w:val="008D4CC9"/>
    <w:rsid w:val="008D574B"/>
    <w:rsid w:val="008D6002"/>
    <w:rsid w:val="008D781B"/>
    <w:rsid w:val="008D7D9E"/>
    <w:rsid w:val="008D7FA5"/>
    <w:rsid w:val="008E05D7"/>
    <w:rsid w:val="008E0D99"/>
    <w:rsid w:val="008E190E"/>
    <w:rsid w:val="008E1DE9"/>
    <w:rsid w:val="008E2059"/>
    <w:rsid w:val="008E25D9"/>
    <w:rsid w:val="008E2808"/>
    <w:rsid w:val="008E2BCF"/>
    <w:rsid w:val="008E4EEB"/>
    <w:rsid w:val="008E5418"/>
    <w:rsid w:val="008E6143"/>
    <w:rsid w:val="008E6A2F"/>
    <w:rsid w:val="008E7348"/>
    <w:rsid w:val="008F0E19"/>
    <w:rsid w:val="008F1108"/>
    <w:rsid w:val="008F351F"/>
    <w:rsid w:val="008F359E"/>
    <w:rsid w:val="008F433B"/>
    <w:rsid w:val="008F5441"/>
    <w:rsid w:val="008F63B1"/>
    <w:rsid w:val="008F663B"/>
    <w:rsid w:val="008F688C"/>
    <w:rsid w:val="008F7583"/>
    <w:rsid w:val="008F76C7"/>
    <w:rsid w:val="008F7C0A"/>
    <w:rsid w:val="008F7E8A"/>
    <w:rsid w:val="008F7F04"/>
    <w:rsid w:val="00900175"/>
    <w:rsid w:val="00900BBC"/>
    <w:rsid w:val="009016B3"/>
    <w:rsid w:val="0090276D"/>
    <w:rsid w:val="00902BC4"/>
    <w:rsid w:val="00902D4B"/>
    <w:rsid w:val="0090334A"/>
    <w:rsid w:val="00903397"/>
    <w:rsid w:val="00904071"/>
    <w:rsid w:val="009051CD"/>
    <w:rsid w:val="009051F5"/>
    <w:rsid w:val="00906D3A"/>
    <w:rsid w:val="00907960"/>
    <w:rsid w:val="009079E3"/>
    <w:rsid w:val="00907A81"/>
    <w:rsid w:val="00907D0E"/>
    <w:rsid w:val="00911C95"/>
    <w:rsid w:val="00912104"/>
    <w:rsid w:val="009125EA"/>
    <w:rsid w:val="00912B9F"/>
    <w:rsid w:val="00912BBE"/>
    <w:rsid w:val="00912D4A"/>
    <w:rsid w:val="00912E95"/>
    <w:rsid w:val="009135C1"/>
    <w:rsid w:val="0091387F"/>
    <w:rsid w:val="00913AA3"/>
    <w:rsid w:val="00914A05"/>
    <w:rsid w:val="00915003"/>
    <w:rsid w:val="009156B2"/>
    <w:rsid w:val="009164C3"/>
    <w:rsid w:val="0091668F"/>
    <w:rsid w:val="009168AE"/>
    <w:rsid w:val="00916AF0"/>
    <w:rsid w:val="00916FDF"/>
    <w:rsid w:val="0091721C"/>
    <w:rsid w:val="0091731C"/>
    <w:rsid w:val="0091759F"/>
    <w:rsid w:val="00917EB5"/>
    <w:rsid w:val="00920A0D"/>
    <w:rsid w:val="00920B79"/>
    <w:rsid w:val="00920D1A"/>
    <w:rsid w:val="00920D8F"/>
    <w:rsid w:val="009212BB"/>
    <w:rsid w:val="00921ED8"/>
    <w:rsid w:val="00923759"/>
    <w:rsid w:val="00924898"/>
    <w:rsid w:val="0092494F"/>
    <w:rsid w:val="009249A6"/>
    <w:rsid w:val="00925F72"/>
    <w:rsid w:val="0092616F"/>
    <w:rsid w:val="009266DC"/>
    <w:rsid w:val="009276A8"/>
    <w:rsid w:val="0093067A"/>
    <w:rsid w:val="009308A8"/>
    <w:rsid w:val="00930B34"/>
    <w:rsid w:val="00932A60"/>
    <w:rsid w:val="00933C8A"/>
    <w:rsid w:val="00933F61"/>
    <w:rsid w:val="00935241"/>
    <w:rsid w:val="0093527D"/>
    <w:rsid w:val="00935BEC"/>
    <w:rsid w:val="009364C3"/>
    <w:rsid w:val="009410C0"/>
    <w:rsid w:val="00941ABB"/>
    <w:rsid w:val="00941CBD"/>
    <w:rsid w:val="00943EB9"/>
    <w:rsid w:val="00943EDE"/>
    <w:rsid w:val="0094443F"/>
    <w:rsid w:val="009447EC"/>
    <w:rsid w:val="00944EA5"/>
    <w:rsid w:val="00945956"/>
    <w:rsid w:val="00945C4F"/>
    <w:rsid w:val="00946817"/>
    <w:rsid w:val="00950D88"/>
    <w:rsid w:val="00950F2E"/>
    <w:rsid w:val="00951618"/>
    <w:rsid w:val="00951AF7"/>
    <w:rsid w:val="00951CF7"/>
    <w:rsid w:val="009529FE"/>
    <w:rsid w:val="0095347E"/>
    <w:rsid w:val="009536D2"/>
    <w:rsid w:val="00953917"/>
    <w:rsid w:val="00953B8D"/>
    <w:rsid w:val="00954BE0"/>
    <w:rsid w:val="00954C11"/>
    <w:rsid w:val="00955605"/>
    <w:rsid w:val="00955764"/>
    <w:rsid w:val="0095592C"/>
    <w:rsid w:val="00955995"/>
    <w:rsid w:val="009566C8"/>
    <w:rsid w:val="00957075"/>
    <w:rsid w:val="00957F21"/>
    <w:rsid w:val="0096095C"/>
    <w:rsid w:val="009615EE"/>
    <w:rsid w:val="0096267B"/>
    <w:rsid w:val="009635B2"/>
    <w:rsid w:val="0096380A"/>
    <w:rsid w:val="0096493F"/>
    <w:rsid w:val="00964A56"/>
    <w:rsid w:val="00964ED7"/>
    <w:rsid w:val="00964F8A"/>
    <w:rsid w:val="0096510C"/>
    <w:rsid w:val="00965737"/>
    <w:rsid w:val="009657CA"/>
    <w:rsid w:val="00965CF2"/>
    <w:rsid w:val="00965D97"/>
    <w:rsid w:val="009663C1"/>
    <w:rsid w:val="009668C9"/>
    <w:rsid w:val="009676BA"/>
    <w:rsid w:val="00967ABA"/>
    <w:rsid w:val="0097035E"/>
    <w:rsid w:val="00970EE4"/>
    <w:rsid w:val="009712E2"/>
    <w:rsid w:val="00971FAD"/>
    <w:rsid w:val="00973781"/>
    <w:rsid w:val="00973E32"/>
    <w:rsid w:val="0097522D"/>
    <w:rsid w:val="009759AB"/>
    <w:rsid w:val="009759B2"/>
    <w:rsid w:val="00975EBA"/>
    <w:rsid w:val="00976775"/>
    <w:rsid w:val="00976AD8"/>
    <w:rsid w:val="0097700C"/>
    <w:rsid w:val="009800D5"/>
    <w:rsid w:val="009808BF"/>
    <w:rsid w:val="009818BB"/>
    <w:rsid w:val="00981965"/>
    <w:rsid w:val="00983241"/>
    <w:rsid w:val="009840A2"/>
    <w:rsid w:val="009842E9"/>
    <w:rsid w:val="00985A37"/>
    <w:rsid w:val="0098648B"/>
    <w:rsid w:val="00986705"/>
    <w:rsid w:val="00986B80"/>
    <w:rsid w:val="00986CB2"/>
    <w:rsid w:val="00986CEB"/>
    <w:rsid w:val="009874B6"/>
    <w:rsid w:val="00987B67"/>
    <w:rsid w:val="00987C37"/>
    <w:rsid w:val="00990473"/>
    <w:rsid w:val="0099063C"/>
    <w:rsid w:val="00991491"/>
    <w:rsid w:val="009917F0"/>
    <w:rsid w:val="009929E5"/>
    <w:rsid w:val="009934D9"/>
    <w:rsid w:val="009938D1"/>
    <w:rsid w:val="00993BA4"/>
    <w:rsid w:val="00993CB1"/>
    <w:rsid w:val="009941E7"/>
    <w:rsid w:val="00994671"/>
    <w:rsid w:val="00994B7E"/>
    <w:rsid w:val="00995858"/>
    <w:rsid w:val="00995FDF"/>
    <w:rsid w:val="009962E3"/>
    <w:rsid w:val="009966D4"/>
    <w:rsid w:val="009967F9"/>
    <w:rsid w:val="00996997"/>
    <w:rsid w:val="00996C36"/>
    <w:rsid w:val="009978B5"/>
    <w:rsid w:val="00997A4B"/>
    <w:rsid w:val="009A06E7"/>
    <w:rsid w:val="009A0A92"/>
    <w:rsid w:val="009A0A9C"/>
    <w:rsid w:val="009A0EF9"/>
    <w:rsid w:val="009A170A"/>
    <w:rsid w:val="009A1E95"/>
    <w:rsid w:val="009A1F14"/>
    <w:rsid w:val="009A20A9"/>
    <w:rsid w:val="009A2883"/>
    <w:rsid w:val="009A291E"/>
    <w:rsid w:val="009A2F58"/>
    <w:rsid w:val="009A2FA8"/>
    <w:rsid w:val="009A3C02"/>
    <w:rsid w:val="009A44FC"/>
    <w:rsid w:val="009A4A42"/>
    <w:rsid w:val="009A5537"/>
    <w:rsid w:val="009A57E1"/>
    <w:rsid w:val="009A5CF8"/>
    <w:rsid w:val="009A6560"/>
    <w:rsid w:val="009A6F01"/>
    <w:rsid w:val="009A7502"/>
    <w:rsid w:val="009B0045"/>
    <w:rsid w:val="009B004D"/>
    <w:rsid w:val="009B01AE"/>
    <w:rsid w:val="009B05AC"/>
    <w:rsid w:val="009B0B0A"/>
    <w:rsid w:val="009B11E0"/>
    <w:rsid w:val="009B179F"/>
    <w:rsid w:val="009B1D4B"/>
    <w:rsid w:val="009B294F"/>
    <w:rsid w:val="009B31A0"/>
    <w:rsid w:val="009B3CF6"/>
    <w:rsid w:val="009B3E66"/>
    <w:rsid w:val="009B40A4"/>
    <w:rsid w:val="009B4546"/>
    <w:rsid w:val="009B6010"/>
    <w:rsid w:val="009B6450"/>
    <w:rsid w:val="009B6CF3"/>
    <w:rsid w:val="009B7444"/>
    <w:rsid w:val="009C0E1C"/>
    <w:rsid w:val="009C15B9"/>
    <w:rsid w:val="009C32D1"/>
    <w:rsid w:val="009C43EC"/>
    <w:rsid w:val="009C459D"/>
    <w:rsid w:val="009C4F16"/>
    <w:rsid w:val="009C5E76"/>
    <w:rsid w:val="009C60AA"/>
    <w:rsid w:val="009C6CEF"/>
    <w:rsid w:val="009C6D23"/>
    <w:rsid w:val="009C780B"/>
    <w:rsid w:val="009C7ED0"/>
    <w:rsid w:val="009D058C"/>
    <w:rsid w:val="009D1BD3"/>
    <w:rsid w:val="009D25F3"/>
    <w:rsid w:val="009D283A"/>
    <w:rsid w:val="009D2D45"/>
    <w:rsid w:val="009D581F"/>
    <w:rsid w:val="009D730A"/>
    <w:rsid w:val="009D7399"/>
    <w:rsid w:val="009D74D3"/>
    <w:rsid w:val="009D7C2F"/>
    <w:rsid w:val="009E079E"/>
    <w:rsid w:val="009E0A4D"/>
    <w:rsid w:val="009E0E44"/>
    <w:rsid w:val="009E0F94"/>
    <w:rsid w:val="009E1142"/>
    <w:rsid w:val="009E13DD"/>
    <w:rsid w:val="009E18A4"/>
    <w:rsid w:val="009E18F2"/>
    <w:rsid w:val="009E2045"/>
    <w:rsid w:val="009E21B0"/>
    <w:rsid w:val="009E2E6D"/>
    <w:rsid w:val="009E420B"/>
    <w:rsid w:val="009E4945"/>
    <w:rsid w:val="009E4A33"/>
    <w:rsid w:val="009E4A35"/>
    <w:rsid w:val="009E532E"/>
    <w:rsid w:val="009E6084"/>
    <w:rsid w:val="009E7792"/>
    <w:rsid w:val="009E7A4D"/>
    <w:rsid w:val="009E7CD8"/>
    <w:rsid w:val="009F1AB7"/>
    <w:rsid w:val="009F1C62"/>
    <w:rsid w:val="009F1CFB"/>
    <w:rsid w:val="009F4F81"/>
    <w:rsid w:val="009F4F93"/>
    <w:rsid w:val="009F5958"/>
    <w:rsid w:val="009F63B7"/>
    <w:rsid w:val="009F6863"/>
    <w:rsid w:val="009F6F9C"/>
    <w:rsid w:val="009F7607"/>
    <w:rsid w:val="00A00587"/>
    <w:rsid w:val="00A00E1F"/>
    <w:rsid w:val="00A0110A"/>
    <w:rsid w:val="00A01509"/>
    <w:rsid w:val="00A01907"/>
    <w:rsid w:val="00A0247E"/>
    <w:rsid w:val="00A02B1C"/>
    <w:rsid w:val="00A0342D"/>
    <w:rsid w:val="00A061A3"/>
    <w:rsid w:val="00A06A98"/>
    <w:rsid w:val="00A06F38"/>
    <w:rsid w:val="00A06F3D"/>
    <w:rsid w:val="00A07537"/>
    <w:rsid w:val="00A10338"/>
    <w:rsid w:val="00A108FD"/>
    <w:rsid w:val="00A11D3D"/>
    <w:rsid w:val="00A12504"/>
    <w:rsid w:val="00A1284B"/>
    <w:rsid w:val="00A12A78"/>
    <w:rsid w:val="00A12FBD"/>
    <w:rsid w:val="00A14343"/>
    <w:rsid w:val="00A1472F"/>
    <w:rsid w:val="00A14EFE"/>
    <w:rsid w:val="00A15E36"/>
    <w:rsid w:val="00A15F60"/>
    <w:rsid w:val="00A16189"/>
    <w:rsid w:val="00A1621D"/>
    <w:rsid w:val="00A162F9"/>
    <w:rsid w:val="00A1644E"/>
    <w:rsid w:val="00A164DD"/>
    <w:rsid w:val="00A16F02"/>
    <w:rsid w:val="00A20235"/>
    <w:rsid w:val="00A20B7A"/>
    <w:rsid w:val="00A21B88"/>
    <w:rsid w:val="00A224DF"/>
    <w:rsid w:val="00A22925"/>
    <w:rsid w:val="00A229B5"/>
    <w:rsid w:val="00A229F0"/>
    <w:rsid w:val="00A238BC"/>
    <w:rsid w:val="00A24417"/>
    <w:rsid w:val="00A244F9"/>
    <w:rsid w:val="00A245A0"/>
    <w:rsid w:val="00A24977"/>
    <w:rsid w:val="00A24E05"/>
    <w:rsid w:val="00A2609F"/>
    <w:rsid w:val="00A26E5A"/>
    <w:rsid w:val="00A304F4"/>
    <w:rsid w:val="00A327F0"/>
    <w:rsid w:val="00A33593"/>
    <w:rsid w:val="00A342FC"/>
    <w:rsid w:val="00A34683"/>
    <w:rsid w:val="00A35F0E"/>
    <w:rsid w:val="00A360D7"/>
    <w:rsid w:val="00A36824"/>
    <w:rsid w:val="00A372D4"/>
    <w:rsid w:val="00A373A2"/>
    <w:rsid w:val="00A37B37"/>
    <w:rsid w:val="00A40E59"/>
    <w:rsid w:val="00A41617"/>
    <w:rsid w:val="00A42305"/>
    <w:rsid w:val="00A4378E"/>
    <w:rsid w:val="00A43C14"/>
    <w:rsid w:val="00A44177"/>
    <w:rsid w:val="00A447DA"/>
    <w:rsid w:val="00A462C7"/>
    <w:rsid w:val="00A46301"/>
    <w:rsid w:val="00A47DE7"/>
    <w:rsid w:val="00A500F6"/>
    <w:rsid w:val="00A5082B"/>
    <w:rsid w:val="00A509B0"/>
    <w:rsid w:val="00A53208"/>
    <w:rsid w:val="00A539C0"/>
    <w:rsid w:val="00A53B47"/>
    <w:rsid w:val="00A541C3"/>
    <w:rsid w:val="00A54982"/>
    <w:rsid w:val="00A54ABF"/>
    <w:rsid w:val="00A55172"/>
    <w:rsid w:val="00A55403"/>
    <w:rsid w:val="00A558A0"/>
    <w:rsid w:val="00A55B1C"/>
    <w:rsid w:val="00A572FA"/>
    <w:rsid w:val="00A57D3C"/>
    <w:rsid w:val="00A6114F"/>
    <w:rsid w:val="00A61A68"/>
    <w:rsid w:val="00A6258E"/>
    <w:rsid w:val="00A63FED"/>
    <w:rsid w:val="00A642F9"/>
    <w:rsid w:val="00A64E71"/>
    <w:rsid w:val="00A650EE"/>
    <w:rsid w:val="00A65F3E"/>
    <w:rsid w:val="00A66052"/>
    <w:rsid w:val="00A6622D"/>
    <w:rsid w:val="00A66B2C"/>
    <w:rsid w:val="00A67688"/>
    <w:rsid w:val="00A677D1"/>
    <w:rsid w:val="00A67BC6"/>
    <w:rsid w:val="00A70BFE"/>
    <w:rsid w:val="00A72F64"/>
    <w:rsid w:val="00A73157"/>
    <w:rsid w:val="00A73CAE"/>
    <w:rsid w:val="00A74478"/>
    <w:rsid w:val="00A74B2D"/>
    <w:rsid w:val="00A75086"/>
    <w:rsid w:val="00A759DF"/>
    <w:rsid w:val="00A759EC"/>
    <w:rsid w:val="00A75A3E"/>
    <w:rsid w:val="00A76DE3"/>
    <w:rsid w:val="00A77263"/>
    <w:rsid w:val="00A77B9F"/>
    <w:rsid w:val="00A8031A"/>
    <w:rsid w:val="00A803F9"/>
    <w:rsid w:val="00A80D0F"/>
    <w:rsid w:val="00A8177E"/>
    <w:rsid w:val="00A8194C"/>
    <w:rsid w:val="00A8204B"/>
    <w:rsid w:val="00A8294A"/>
    <w:rsid w:val="00A82B33"/>
    <w:rsid w:val="00A8379F"/>
    <w:rsid w:val="00A837F7"/>
    <w:rsid w:val="00A8492C"/>
    <w:rsid w:val="00A84A25"/>
    <w:rsid w:val="00A85035"/>
    <w:rsid w:val="00A859F6"/>
    <w:rsid w:val="00A872B2"/>
    <w:rsid w:val="00A87B36"/>
    <w:rsid w:val="00A90B85"/>
    <w:rsid w:val="00A91736"/>
    <w:rsid w:val="00A91EEA"/>
    <w:rsid w:val="00A92390"/>
    <w:rsid w:val="00A92605"/>
    <w:rsid w:val="00A92C66"/>
    <w:rsid w:val="00A93868"/>
    <w:rsid w:val="00A9485A"/>
    <w:rsid w:val="00A94A9E"/>
    <w:rsid w:val="00A95239"/>
    <w:rsid w:val="00A95553"/>
    <w:rsid w:val="00A95742"/>
    <w:rsid w:val="00A9724F"/>
    <w:rsid w:val="00A972B1"/>
    <w:rsid w:val="00A973FB"/>
    <w:rsid w:val="00A976B3"/>
    <w:rsid w:val="00A97F41"/>
    <w:rsid w:val="00AA01EE"/>
    <w:rsid w:val="00AA021B"/>
    <w:rsid w:val="00AA0376"/>
    <w:rsid w:val="00AA1750"/>
    <w:rsid w:val="00AA1AAC"/>
    <w:rsid w:val="00AA1D8D"/>
    <w:rsid w:val="00AA2637"/>
    <w:rsid w:val="00AA27A3"/>
    <w:rsid w:val="00AA2F4B"/>
    <w:rsid w:val="00AA387E"/>
    <w:rsid w:val="00AA3EC8"/>
    <w:rsid w:val="00AA4135"/>
    <w:rsid w:val="00AA43FC"/>
    <w:rsid w:val="00AA5553"/>
    <w:rsid w:val="00AA59AA"/>
    <w:rsid w:val="00AA61C3"/>
    <w:rsid w:val="00AA6B97"/>
    <w:rsid w:val="00AA6E02"/>
    <w:rsid w:val="00AA734B"/>
    <w:rsid w:val="00AA75E6"/>
    <w:rsid w:val="00AA7989"/>
    <w:rsid w:val="00AA7CE0"/>
    <w:rsid w:val="00AB079C"/>
    <w:rsid w:val="00AB1299"/>
    <w:rsid w:val="00AB13F2"/>
    <w:rsid w:val="00AB155B"/>
    <w:rsid w:val="00AB1845"/>
    <w:rsid w:val="00AB1CAD"/>
    <w:rsid w:val="00AB2402"/>
    <w:rsid w:val="00AB28EC"/>
    <w:rsid w:val="00AB33E5"/>
    <w:rsid w:val="00AB35BA"/>
    <w:rsid w:val="00AB3984"/>
    <w:rsid w:val="00AB4129"/>
    <w:rsid w:val="00AB412C"/>
    <w:rsid w:val="00AB458C"/>
    <w:rsid w:val="00AB506C"/>
    <w:rsid w:val="00AB581C"/>
    <w:rsid w:val="00AB68DE"/>
    <w:rsid w:val="00AB696C"/>
    <w:rsid w:val="00AB6D4E"/>
    <w:rsid w:val="00AB756F"/>
    <w:rsid w:val="00AB77CB"/>
    <w:rsid w:val="00AB7F5E"/>
    <w:rsid w:val="00AC050E"/>
    <w:rsid w:val="00AC14AB"/>
    <w:rsid w:val="00AC16B2"/>
    <w:rsid w:val="00AC21FA"/>
    <w:rsid w:val="00AC2856"/>
    <w:rsid w:val="00AC28D1"/>
    <w:rsid w:val="00AC2B20"/>
    <w:rsid w:val="00AC336C"/>
    <w:rsid w:val="00AC339C"/>
    <w:rsid w:val="00AC3A8F"/>
    <w:rsid w:val="00AC53D1"/>
    <w:rsid w:val="00AC56A1"/>
    <w:rsid w:val="00AC5FA4"/>
    <w:rsid w:val="00AC690D"/>
    <w:rsid w:val="00AC6A22"/>
    <w:rsid w:val="00AC7AA5"/>
    <w:rsid w:val="00AD0126"/>
    <w:rsid w:val="00AD0256"/>
    <w:rsid w:val="00AD026D"/>
    <w:rsid w:val="00AD0584"/>
    <w:rsid w:val="00AD06A6"/>
    <w:rsid w:val="00AD2BB4"/>
    <w:rsid w:val="00AD2BD4"/>
    <w:rsid w:val="00AD2C11"/>
    <w:rsid w:val="00AD35BC"/>
    <w:rsid w:val="00AD3783"/>
    <w:rsid w:val="00AD3B92"/>
    <w:rsid w:val="00AD64E3"/>
    <w:rsid w:val="00AD6512"/>
    <w:rsid w:val="00AD6DBB"/>
    <w:rsid w:val="00AD6E77"/>
    <w:rsid w:val="00AD6E99"/>
    <w:rsid w:val="00AD6F33"/>
    <w:rsid w:val="00AD7109"/>
    <w:rsid w:val="00AD738C"/>
    <w:rsid w:val="00AD784F"/>
    <w:rsid w:val="00AD7D5F"/>
    <w:rsid w:val="00AD7EC2"/>
    <w:rsid w:val="00AD7F40"/>
    <w:rsid w:val="00AE0039"/>
    <w:rsid w:val="00AE0697"/>
    <w:rsid w:val="00AE093A"/>
    <w:rsid w:val="00AE1960"/>
    <w:rsid w:val="00AE1A76"/>
    <w:rsid w:val="00AE1A87"/>
    <w:rsid w:val="00AE1EBD"/>
    <w:rsid w:val="00AE2746"/>
    <w:rsid w:val="00AE2C7D"/>
    <w:rsid w:val="00AE2D8C"/>
    <w:rsid w:val="00AE40EE"/>
    <w:rsid w:val="00AE466D"/>
    <w:rsid w:val="00AE4A72"/>
    <w:rsid w:val="00AE4AA9"/>
    <w:rsid w:val="00AE549D"/>
    <w:rsid w:val="00AE637B"/>
    <w:rsid w:val="00AE6563"/>
    <w:rsid w:val="00AE76F3"/>
    <w:rsid w:val="00AE7CAD"/>
    <w:rsid w:val="00AE7EF3"/>
    <w:rsid w:val="00AF000F"/>
    <w:rsid w:val="00AF09A9"/>
    <w:rsid w:val="00AF0BA0"/>
    <w:rsid w:val="00AF1611"/>
    <w:rsid w:val="00AF1A06"/>
    <w:rsid w:val="00AF285D"/>
    <w:rsid w:val="00AF2925"/>
    <w:rsid w:val="00AF2D0E"/>
    <w:rsid w:val="00AF3024"/>
    <w:rsid w:val="00AF340D"/>
    <w:rsid w:val="00AF37C1"/>
    <w:rsid w:val="00AF390A"/>
    <w:rsid w:val="00AF39DF"/>
    <w:rsid w:val="00AF4FAB"/>
    <w:rsid w:val="00AF5C1A"/>
    <w:rsid w:val="00AF68A3"/>
    <w:rsid w:val="00AF7224"/>
    <w:rsid w:val="00B00314"/>
    <w:rsid w:val="00B00B11"/>
    <w:rsid w:val="00B00BFC"/>
    <w:rsid w:val="00B00D23"/>
    <w:rsid w:val="00B018AE"/>
    <w:rsid w:val="00B01D7A"/>
    <w:rsid w:val="00B02028"/>
    <w:rsid w:val="00B03DFE"/>
    <w:rsid w:val="00B03EA6"/>
    <w:rsid w:val="00B04090"/>
    <w:rsid w:val="00B043CA"/>
    <w:rsid w:val="00B04445"/>
    <w:rsid w:val="00B04E07"/>
    <w:rsid w:val="00B052DA"/>
    <w:rsid w:val="00B05596"/>
    <w:rsid w:val="00B064ED"/>
    <w:rsid w:val="00B06883"/>
    <w:rsid w:val="00B06C68"/>
    <w:rsid w:val="00B0725C"/>
    <w:rsid w:val="00B1004A"/>
    <w:rsid w:val="00B10270"/>
    <w:rsid w:val="00B1061E"/>
    <w:rsid w:val="00B113C1"/>
    <w:rsid w:val="00B11C81"/>
    <w:rsid w:val="00B11D59"/>
    <w:rsid w:val="00B1213D"/>
    <w:rsid w:val="00B12520"/>
    <w:rsid w:val="00B13170"/>
    <w:rsid w:val="00B1331A"/>
    <w:rsid w:val="00B13737"/>
    <w:rsid w:val="00B13F77"/>
    <w:rsid w:val="00B142A0"/>
    <w:rsid w:val="00B15517"/>
    <w:rsid w:val="00B15DE8"/>
    <w:rsid w:val="00B15F49"/>
    <w:rsid w:val="00B160CE"/>
    <w:rsid w:val="00B16ADF"/>
    <w:rsid w:val="00B176BB"/>
    <w:rsid w:val="00B206CD"/>
    <w:rsid w:val="00B21F88"/>
    <w:rsid w:val="00B221F9"/>
    <w:rsid w:val="00B2266C"/>
    <w:rsid w:val="00B230C0"/>
    <w:rsid w:val="00B2380A"/>
    <w:rsid w:val="00B23B61"/>
    <w:rsid w:val="00B2428C"/>
    <w:rsid w:val="00B2482E"/>
    <w:rsid w:val="00B248BA"/>
    <w:rsid w:val="00B25A20"/>
    <w:rsid w:val="00B26452"/>
    <w:rsid w:val="00B26F3D"/>
    <w:rsid w:val="00B27510"/>
    <w:rsid w:val="00B3019E"/>
    <w:rsid w:val="00B309A1"/>
    <w:rsid w:val="00B30DFF"/>
    <w:rsid w:val="00B3192E"/>
    <w:rsid w:val="00B32462"/>
    <w:rsid w:val="00B3388B"/>
    <w:rsid w:val="00B338AD"/>
    <w:rsid w:val="00B33968"/>
    <w:rsid w:val="00B33C90"/>
    <w:rsid w:val="00B345F8"/>
    <w:rsid w:val="00B34B4F"/>
    <w:rsid w:val="00B3544C"/>
    <w:rsid w:val="00B35B6C"/>
    <w:rsid w:val="00B35E49"/>
    <w:rsid w:val="00B36131"/>
    <w:rsid w:val="00B3723E"/>
    <w:rsid w:val="00B3777C"/>
    <w:rsid w:val="00B40273"/>
    <w:rsid w:val="00B40DB0"/>
    <w:rsid w:val="00B415E1"/>
    <w:rsid w:val="00B419A2"/>
    <w:rsid w:val="00B41DCA"/>
    <w:rsid w:val="00B41FEC"/>
    <w:rsid w:val="00B42D1D"/>
    <w:rsid w:val="00B42FED"/>
    <w:rsid w:val="00B43022"/>
    <w:rsid w:val="00B434C8"/>
    <w:rsid w:val="00B43C5C"/>
    <w:rsid w:val="00B462B2"/>
    <w:rsid w:val="00B465AA"/>
    <w:rsid w:val="00B46E88"/>
    <w:rsid w:val="00B474EC"/>
    <w:rsid w:val="00B47667"/>
    <w:rsid w:val="00B47730"/>
    <w:rsid w:val="00B50457"/>
    <w:rsid w:val="00B504D8"/>
    <w:rsid w:val="00B50A8D"/>
    <w:rsid w:val="00B50DD1"/>
    <w:rsid w:val="00B50FCB"/>
    <w:rsid w:val="00B51D74"/>
    <w:rsid w:val="00B51E7A"/>
    <w:rsid w:val="00B51FDC"/>
    <w:rsid w:val="00B52CCE"/>
    <w:rsid w:val="00B52D18"/>
    <w:rsid w:val="00B53048"/>
    <w:rsid w:val="00B5325E"/>
    <w:rsid w:val="00B544A1"/>
    <w:rsid w:val="00B54898"/>
    <w:rsid w:val="00B54E48"/>
    <w:rsid w:val="00B5534A"/>
    <w:rsid w:val="00B563EB"/>
    <w:rsid w:val="00B57BAD"/>
    <w:rsid w:val="00B60614"/>
    <w:rsid w:val="00B61187"/>
    <w:rsid w:val="00B61D2B"/>
    <w:rsid w:val="00B62476"/>
    <w:rsid w:val="00B6277B"/>
    <w:rsid w:val="00B62FDB"/>
    <w:rsid w:val="00B63A48"/>
    <w:rsid w:val="00B643ED"/>
    <w:rsid w:val="00B64552"/>
    <w:rsid w:val="00B6498D"/>
    <w:rsid w:val="00B65033"/>
    <w:rsid w:val="00B658D2"/>
    <w:rsid w:val="00B6642D"/>
    <w:rsid w:val="00B66C8D"/>
    <w:rsid w:val="00B66E2F"/>
    <w:rsid w:val="00B70244"/>
    <w:rsid w:val="00B70CCF"/>
    <w:rsid w:val="00B70FC3"/>
    <w:rsid w:val="00B71078"/>
    <w:rsid w:val="00B712C4"/>
    <w:rsid w:val="00B72DBF"/>
    <w:rsid w:val="00B72FFF"/>
    <w:rsid w:val="00B734A2"/>
    <w:rsid w:val="00B73DFD"/>
    <w:rsid w:val="00B73F22"/>
    <w:rsid w:val="00B74B57"/>
    <w:rsid w:val="00B75035"/>
    <w:rsid w:val="00B750B8"/>
    <w:rsid w:val="00B75145"/>
    <w:rsid w:val="00B754AB"/>
    <w:rsid w:val="00B75E3C"/>
    <w:rsid w:val="00B76326"/>
    <w:rsid w:val="00B7649F"/>
    <w:rsid w:val="00B76A30"/>
    <w:rsid w:val="00B77875"/>
    <w:rsid w:val="00B77B50"/>
    <w:rsid w:val="00B819CB"/>
    <w:rsid w:val="00B81CFE"/>
    <w:rsid w:val="00B8203D"/>
    <w:rsid w:val="00B8210C"/>
    <w:rsid w:val="00B82786"/>
    <w:rsid w:val="00B8292C"/>
    <w:rsid w:val="00B8330A"/>
    <w:rsid w:val="00B835E9"/>
    <w:rsid w:val="00B83FE5"/>
    <w:rsid w:val="00B8478C"/>
    <w:rsid w:val="00B8479A"/>
    <w:rsid w:val="00B854BE"/>
    <w:rsid w:val="00B85C6B"/>
    <w:rsid w:val="00B868A3"/>
    <w:rsid w:val="00B86964"/>
    <w:rsid w:val="00B86D21"/>
    <w:rsid w:val="00B8706F"/>
    <w:rsid w:val="00B87788"/>
    <w:rsid w:val="00B90922"/>
    <w:rsid w:val="00B90F4C"/>
    <w:rsid w:val="00B920BD"/>
    <w:rsid w:val="00B92652"/>
    <w:rsid w:val="00B929A7"/>
    <w:rsid w:val="00B92E50"/>
    <w:rsid w:val="00B9403F"/>
    <w:rsid w:val="00B947DC"/>
    <w:rsid w:val="00B94E02"/>
    <w:rsid w:val="00B94E24"/>
    <w:rsid w:val="00B94F7C"/>
    <w:rsid w:val="00B958A6"/>
    <w:rsid w:val="00B95DDF"/>
    <w:rsid w:val="00B96529"/>
    <w:rsid w:val="00B97286"/>
    <w:rsid w:val="00B9781A"/>
    <w:rsid w:val="00B97918"/>
    <w:rsid w:val="00B97E91"/>
    <w:rsid w:val="00BA0AF9"/>
    <w:rsid w:val="00BA0F17"/>
    <w:rsid w:val="00BA1BCE"/>
    <w:rsid w:val="00BA2559"/>
    <w:rsid w:val="00BA278A"/>
    <w:rsid w:val="00BA2B4B"/>
    <w:rsid w:val="00BA2BA1"/>
    <w:rsid w:val="00BA310D"/>
    <w:rsid w:val="00BA40A0"/>
    <w:rsid w:val="00BA417B"/>
    <w:rsid w:val="00BA4575"/>
    <w:rsid w:val="00BA5B5E"/>
    <w:rsid w:val="00BA6F76"/>
    <w:rsid w:val="00BA720B"/>
    <w:rsid w:val="00BA7714"/>
    <w:rsid w:val="00BB15EE"/>
    <w:rsid w:val="00BB25C3"/>
    <w:rsid w:val="00BB37AD"/>
    <w:rsid w:val="00BB392C"/>
    <w:rsid w:val="00BB3A4E"/>
    <w:rsid w:val="00BB486A"/>
    <w:rsid w:val="00BB4C58"/>
    <w:rsid w:val="00BB584F"/>
    <w:rsid w:val="00BB6188"/>
    <w:rsid w:val="00BB62CB"/>
    <w:rsid w:val="00BB6B13"/>
    <w:rsid w:val="00BB7A96"/>
    <w:rsid w:val="00BB7B6A"/>
    <w:rsid w:val="00BB7E98"/>
    <w:rsid w:val="00BB7FAD"/>
    <w:rsid w:val="00BC02AB"/>
    <w:rsid w:val="00BC02BF"/>
    <w:rsid w:val="00BC0517"/>
    <w:rsid w:val="00BC07AB"/>
    <w:rsid w:val="00BC08D2"/>
    <w:rsid w:val="00BC14B0"/>
    <w:rsid w:val="00BC189E"/>
    <w:rsid w:val="00BC1C22"/>
    <w:rsid w:val="00BC1F33"/>
    <w:rsid w:val="00BC268C"/>
    <w:rsid w:val="00BC281A"/>
    <w:rsid w:val="00BC2B85"/>
    <w:rsid w:val="00BC42DA"/>
    <w:rsid w:val="00BC4338"/>
    <w:rsid w:val="00BC4361"/>
    <w:rsid w:val="00BC43F0"/>
    <w:rsid w:val="00BC4AB6"/>
    <w:rsid w:val="00BC4AEB"/>
    <w:rsid w:val="00BC5196"/>
    <w:rsid w:val="00BC5293"/>
    <w:rsid w:val="00BC5F05"/>
    <w:rsid w:val="00BC6232"/>
    <w:rsid w:val="00BC6CA5"/>
    <w:rsid w:val="00BC71C4"/>
    <w:rsid w:val="00BC7780"/>
    <w:rsid w:val="00BC7A50"/>
    <w:rsid w:val="00BD0A9D"/>
    <w:rsid w:val="00BD1E38"/>
    <w:rsid w:val="00BD2A2D"/>
    <w:rsid w:val="00BD2F27"/>
    <w:rsid w:val="00BD3497"/>
    <w:rsid w:val="00BD34A9"/>
    <w:rsid w:val="00BD3D8F"/>
    <w:rsid w:val="00BD6B08"/>
    <w:rsid w:val="00BD6D1B"/>
    <w:rsid w:val="00BD767A"/>
    <w:rsid w:val="00BD7F2A"/>
    <w:rsid w:val="00BE05A3"/>
    <w:rsid w:val="00BE0ED7"/>
    <w:rsid w:val="00BE0FE1"/>
    <w:rsid w:val="00BE2600"/>
    <w:rsid w:val="00BE2CE2"/>
    <w:rsid w:val="00BE304F"/>
    <w:rsid w:val="00BE33BC"/>
    <w:rsid w:val="00BE4EAB"/>
    <w:rsid w:val="00BE535A"/>
    <w:rsid w:val="00BE54A5"/>
    <w:rsid w:val="00BE5618"/>
    <w:rsid w:val="00BE620F"/>
    <w:rsid w:val="00BE6345"/>
    <w:rsid w:val="00BE6C15"/>
    <w:rsid w:val="00BE7216"/>
    <w:rsid w:val="00BE7C1C"/>
    <w:rsid w:val="00BF008D"/>
    <w:rsid w:val="00BF0FA8"/>
    <w:rsid w:val="00BF103F"/>
    <w:rsid w:val="00BF13A6"/>
    <w:rsid w:val="00BF1405"/>
    <w:rsid w:val="00BF1DD6"/>
    <w:rsid w:val="00BF214E"/>
    <w:rsid w:val="00BF2AA5"/>
    <w:rsid w:val="00BF3B9B"/>
    <w:rsid w:val="00BF4C9F"/>
    <w:rsid w:val="00BF5564"/>
    <w:rsid w:val="00BF5BF5"/>
    <w:rsid w:val="00BF6C36"/>
    <w:rsid w:val="00BF6DAA"/>
    <w:rsid w:val="00BF7507"/>
    <w:rsid w:val="00BF7562"/>
    <w:rsid w:val="00BF787C"/>
    <w:rsid w:val="00C0027E"/>
    <w:rsid w:val="00C00BB8"/>
    <w:rsid w:val="00C01F2E"/>
    <w:rsid w:val="00C02625"/>
    <w:rsid w:val="00C027FF"/>
    <w:rsid w:val="00C02C8E"/>
    <w:rsid w:val="00C02FD2"/>
    <w:rsid w:val="00C03719"/>
    <w:rsid w:val="00C045DC"/>
    <w:rsid w:val="00C0477E"/>
    <w:rsid w:val="00C04949"/>
    <w:rsid w:val="00C04A31"/>
    <w:rsid w:val="00C04BB7"/>
    <w:rsid w:val="00C05A89"/>
    <w:rsid w:val="00C075D3"/>
    <w:rsid w:val="00C0761B"/>
    <w:rsid w:val="00C0788B"/>
    <w:rsid w:val="00C0794C"/>
    <w:rsid w:val="00C102BF"/>
    <w:rsid w:val="00C10ABC"/>
    <w:rsid w:val="00C113D0"/>
    <w:rsid w:val="00C11BCD"/>
    <w:rsid w:val="00C11FF6"/>
    <w:rsid w:val="00C120E4"/>
    <w:rsid w:val="00C12305"/>
    <w:rsid w:val="00C124BB"/>
    <w:rsid w:val="00C12B5D"/>
    <w:rsid w:val="00C12CD0"/>
    <w:rsid w:val="00C13AA2"/>
    <w:rsid w:val="00C14340"/>
    <w:rsid w:val="00C145E6"/>
    <w:rsid w:val="00C14A8B"/>
    <w:rsid w:val="00C154AE"/>
    <w:rsid w:val="00C15D80"/>
    <w:rsid w:val="00C15F8B"/>
    <w:rsid w:val="00C16459"/>
    <w:rsid w:val="00C16BBD"/>
    <w:rsid w:val="00C17769"/>
    <w:rsid w:val="00C17C7D"/>
    <w:rsid w:val="00C21A12"/>
    <w:rsid w:val="00C21DA8"/>
    <w:rsid w:val="00C22B04"/>
    <w:rsid w:val="00C22C13"/>
    <w:rsid w:val="00C24BF1"/>
    <w:rsid w:val="00C25FB8"/>
    <w:rsid w:val="00C2638C"/>
    <w:rsid w:val="00C2669B"/>
    <w:rsid w:val="00C27721"/>
    <w:rsid w:val="00C27A78"/>
    <w:rsid w:val="00C3006B"/>
    <w:rsid w:val="00C30119"/>
    <w:rsid w:val="00C30695"/>
    <w:rsid w:val="00C30DAC"/>
    <w:rsid w:val="00C313D7"/>
    <w:rsid w:val="00C31CC8"/>
    <w:rsid w:val="00C32157"/>
    <w:rsid w:val="00C3283C"/>
    <w:rsid w:val="00C33124"/>
    <w:rsid w:val="00C33D22"/>
    <w:rsid w:val="00C33E61"/>
    <w:rsid w:val="00C34308"/>
    <w:rsid w:val="00C343DE"/>
    <w:rsid w:val="00C356B1"/>
    <w:rsid w:val="00C369FB"/>
    <w:rsid w:val="00C378D6"/>
    <w:rsid w:val="00C40C8F"/>
    <w:rsid w:val="00C411B5"/>
    <w:rsid w:val="00C41AB0"/>
    <w:rsid w:val="00C43BB8"/>
    <w:rsid w:val="00C44704"/>
    <w:rsid w:val="00C453E4"/>
    <w:rsid w:val="00C45496"/>
    <w:rsid w:val="00C457A8"/>
    <w:rsid w:val="00C459D5"/>
    <w:rsid w:val="00C463CA"/>
    <w:rsid w:val="00C4648A"/>
    <w:rsid w:val="00C46597"/>
    <w:rsid w:val="00C46D04"/>
    <w:rsid w:val="00C47398"/>
    <w:rsid w:val="00C47FF2"/>
    <w:rsid w:val="00C500D9"/>
    <w:rsid w:val="00C50AD5"/>
    <w:rsid w:val="00C50B14"/>
    <w:rsid w:val="00C5138E"/>
    <w:rsid w:val="00C51798"/>
    <w:rsid w:val="00C52878"/>
    <w:rsid w:val="00C52CE4"/>
    <w:rsid w:val="00C52F34"/>
    <w:rsid w:val="00C53B6B"/>
    <w:rsid w:val="00C544CE"/>
    <w:rsid w:val="00C54AC8"/>
    <w:rsid w:val="00C552CD"/>
    <w:rsid w:val="00C55895"/>
    <w:rsid w:val="00C559B9"/>
    <w:rsid w:val="00C56228"/>
    <w:rsid w:val="00C57149"/>
    <w:rsid w:val="00C57686"/>
    <w:rsid w:val="00C57AA6"/>
    <w:rsid w:val="00C57FDA"/>
    <w:rsid w:val="00C6061A"/>
    <w:rsid w:val="00C607E6"/>
    <w:rsid w:val="00C60C43"/>
    <w:rsid w:val="00C6240B"/>
    <w:rsid w:val="00C624E6"/>
    <w:rsid w:val="00C62F6E"/>
    <w:rsid w:val="00C64909"/>
    <w:rsid w:val="00C64C15"/>
    <w:rsid w:val="00C64C53"/>
    <w:rsid w:val="00C65C86"/>
    <w:rsid w:val="00C65F4F"/>
    <w:rsid w:val="00C6670B"/>
    <w:rsid w:val="00C66858"/>
    <w:rsid w:val="00C70610"/>
    <w:rsid w:val="00C706C1"/>
    <w:rsid w:val="00C70FE0"/>
    <w:rsid w:val="00C719A3"/>
    <w:rsid w:val="00C71FE3"/>
    <w:rsid w:val="00C7329E"/>
    <w:rsid w:val="00C751DE"/>
    <w:rsid w:val="00C754BA"/>
    <w:rsid w:val="00C755D5"/>
    <w:rsid w:val="00C75D5A"/>
    <w:rsid w:val="00C761D0"/>
    <w:rsid w:val="00C76FCD"/>
    <w:rsid w:val="00C776E6"/>
    <w:rsid w:val="00C80425"/>
    <w:rsid w:val="00C80671"/>
    <w:rsid w:val="00C80FC3"/>
    <w:rsid w:val="00C811C7"/>
    <w:rsid w:val="00C826A3"/>
    <w:rsid w:val="00C83002"/>
    <w:rsid w:val="00C83305"/>
    <w:rsid w:val="00C8454E"/>
    <w:rsid w:val="00C85ACE"/>
    <w:rsid w:val="00C868CF"/>
    <w:rsid w:val="00C8785C"/>
    <w:rsid w:val="00C87D7F"/>
    <w:rsid w:val="00C9049B"/>
    <w:rsid w:val="00C90BF3"/>
    <w:rsid w:val="00C9123F"/>
    <w:rsid w:val="00C91BE8"/>
    <w:rsid w:val="00C920CF"/>
    <w:rsid w:val="00C9258E"/>
    <w:rsid w:val="00C930D6"/>
    <w:rsid w:val="00C93125"/>
    <w:rsid w:val="00C934E8"/>
    <w:rsid w:val="00C9370B"/>
    <w:rsid w:val="00C93AA4"/>
    <w:rsid w:val="00C93CDF"/>
    <w:rsid w:val="00C93F95"/>
    <w:rsid w:val="00C947AE"/>
    <w:rsid w:val="00C948AE"/>
    <w:rsid w:val="00C957CE"/>
    <w:rsid w:val="00C95B62"/>
    <w:rsid w:val="00C95C6A"/>
    <w:rsid w:val="00C96360"/>
    <w:rsid w:val="00C96FD1"/>
    <w:rsid w:val="00C97AD8"/>
    <w:rsid w:val="00C97E89"/>
    <w:rsid w:val="00CA10FA"/>
    <w:rsid w:val="00CA1436"/>
    <w:rsid w:val="00CA1A09"/>
    <w:rsid w:val="00CA21B0"/>
    <w:rsid w:val="00CA2A68"/>
    <w:rsid w:val="00CA2B5E"/>
    <w:rsid w:val="00CA32D0"/>
    <w:rsid w:val="00CA335D"/>
    <w:rsid w:val="00CA454C"/>
    <w:rsid w:val="00CA4A7D"/>
    <w:rsid w:val="00CA5D15"/>
    <w:rsid w:val="00CA5DC0"/>
    <w:rsid w:val="00CA788B"/>
    <w:rsid w:val="00CA7D6C"/>
    <w:rsid w:val="00CB0218"/>
    <w:rsid w:val="00CB0664"/>
    <w:rsid w:val="00CB107F"/>
    <w:rsid w:val="00CB2C7F"/>
    <w:rsid w:val="00CB4809"/>
    <w:rsid w:val="00CB4A4F"/>
    <w:rsid w:val="00CB50EB"/>
    <w:rsid w:val="00CB612A"/>
    <w:rsid w:val="00CB6387"/>
    <w:rsid w:val="00CB6B66"/>
    <w:rsid w:val="00CB6DC8"/>
    <w:rsid w:val="00CB747F"/>
    <w:rsid w:val="00CB7601"/>
    <w:rsid w:val="00CB78F5"/>
    <w:rsid w:val="00CB7AD0"/>
    <w:rsid w:val="00CB7C87"/>
    <w:rsid w:val="00CC00AA"/>
    <w:rsid w:val="00CC01EC"/>
    <w:rsid w:val="00CC03D5"/>
    <w:rsid w:val="00CC182E"/>
    <w:rsid w:val="00CC1958"/>
    <w:rsid w:val="00CC1A7D"/>
    <w:rsid w:val="00CC1C91"/>
    <w:rsid w:val="00CC372F"/>
    <w:rsid w:val="00CC3D1E"/>
    <w:rsid w:val="00CC3E30"/>
    <w:rsid w:val="00CC40C9"/>
    <w:rsid w:val="00CC42F8"/>
    <w:rsid w:val="00CC4579"/>
    <w:rsid w:val="00CC4899"/>
    <w:rsid w:val="00CC6A05"/>
    <w:rsid w:val="00CC729F"/>
    <w:rsid w:val="00CC7378"/>
    <w:rsid w:val="00CC7B06"/>
    <w:rsid w:val="00CD05D2"/>
    <w:rsid w:val="00CD2394"/>
    <w:rsid w:val="00CD2461"/>
    <w:rsid w:val="00CD342C"/>
    <w:rsid w:val="00CD3AB6"/>
    <w:rsid w:val="00CD4F03"/>
    <w:rsid w:val="00CD552D"/>
    <w:rsid w:val="00CD5562"/>
    <w:rsid w:val="00CD59AF"/>
    <w:rsid w:val="00CD5B27"/>
    <w:rsid w:val="00CD5C3A"/>
    <w:rsid w:val="00CD6326"/>
    <w:rsid w:val="00CD705D"/>
    <w:rsid w:val="00CE0344"/>
    <w:rsid w:val="00CE1780"/>
    <w:rsid w:val="00CE1867"/>
    <w:rsid w:val="00CE2780"/>
    <w:rsid w:val="00CE2F1E"/>
    <w:rsid w:val="00CE39A0"/>
    <w:rsid w:val="00CE3ED9"/>
    <w:rsid w:val="00CE4392"/>
    <w:rsid w:val="00CE455A"/>
    <w:rsid w:val="00CE48B9"/>
    <w:rsid w:val="00CE4B18"/>
    <w:rsid w:val="00CE517B"/>
    <w:rsid w:val="00CE5B8D"/>
    <w:rsid w:val="00CE5EAF"/>
    <w:rsid w:val="00CE658E"/>
    <w:rsid w:val="00CE666B"/>
    <w:rsid w:val="00CE67F5"/>
    <w:rsid w:val="00CE6E05"/>
    <w:rsid w:val="00CE70A3"/>
    <w:rsid w:val="00CE7DA4"/>
    <w:rsid w:val="00CF116E"/>
    <w:rsid w:val="00CF279F"/>
    <w:rsid w:val="00CF59F0"/>
    <w:rsid w:val="00CF6EFE"/>
    <w:rsid w:val="00CF74B5"/>
    <w:rsid w:val="00CF7635"/>
    <w:rsid w:val="00CF7FA4"/>
    <w:rsid w:val="00D0074D"/>
    <w:rsid w:val="00D00C8E"/>
    <w:rsid w:val="00D01265"/>
    <w:rsid w:val="00D01294"/>
    <w:rsid w:val="00D018B5"/>
    <w:rsid w:val="00D01CD9"/>
    <w:rsid w:val="00D02E2F"/>
    <w:rsid w:val="00D0401A"/>
    <w:rsid w:val="00D04026"/>
    <w:rsid w:val="00D04ABF"/>
    <w:rsid w:val="00D04C7D"/>
    <w:rsid w:val="00D0537E"/>
    <w:rsid w:val="00D05582"/>
    <w:rsid w:val="00D055A9"/>
    <w:rsid w:val="00D056CB"/>
    <w:rsid w:val="00D05FD1"/>
    <w:rsid w:val="00D0686E"/>
    <w:rsid w:val="00D11914"/>
    <w:rsid w:val="00D119D9"/>
    <w:rsid w:val="00D12339"/>
    <w:rsid w:val="00D13E2E"/>
    <w:rsid w:val="00D143C8"/>
    <w:rsid w:val="00D150F7"/>
    <w:rsid w:val="00D154D1"/>
    <w:rsid w:val="00D15586"/>
    <w:rsid w:val="00D170F5"/>
    <w:rsid w:val="00D177F8"/>
    <w:rsid w:val="00D17C50"/>
    <w:rsid w:val="00D20352"/>
    <w:rsid w:val="00D22900"/>
    <w:rsid w:val="00D22B61"/>
    <w:rsid w:val="00D22DEC"/>
    <w:rsid w:val="00D233E3"/>
    <w:rsid w:val="00D233E6"/>
    <w:rsid w:val="00D241E4"/>
    <w:rsid w:val="00D246F9"/>
    <w:rsid w:val="00D26A73"/>
    <w:rsid w:val="00D316EF"/>
    <w:rsid w:val="00D32951"/>
    <w:rsid w:val="00D33986"/>
    <w:rsid w:val="00D347FB"/>
    <w:rsid w:val="00D36AAF"/>
    <w:rsid w:val="00D371E0"/>
    <w:rsid w:val="00D41085"/>
    <w:rsid w:val="00D4187E"/>
    <w:rsid w:val="00D42590"/>
    <w:rsid w:val="00D4269E"/>
    <w:rsid w:val="00D441B1"/>
    <w:rsid w:val="00D44241"/>
    <w:rsid w:val="00D44503"/>
    <w:rsid w:val="00D45030"/>
    <w:rsid w:val="00D45800"/>
    <w:rsid w:val="00D45CB0"/>
    <w:rsid w:val="00D45D78"/>
    <w:rsid w:val="00D4638D"/>
    <w:rsid w:val="00D463DE"/>
    <w:rsid w:val="00D4688C"/>
    <w:rsid w:val="00D46FBA"/>
    <w:rsid w:val="00D46FC3"/>
    <w:rsid w:val="00D47F21"/>
    <w:rsid w:val="00D50112"/>
    <w:rsid w:val="00D5052C"/>
    <w:rsid w:val="00D515D5"/>
    <w:rsid w:val="00D51F74"/>
    <w:rsid w:val="00D52EF0"/>
    <w:rsid w:val="00D5358C"/>
    <w:rsid w:val="00D53ADC"/>
    <w:rsid w:val="00D5410C"/>
    <w:rsid w:val="00D54287"/>
    <w:rsid w:val="00D55B45"/>
    <w:rsid w:val="00D55DEC"/>
    <w:rsid w:val="00D56BDB"/>
    <w:rsid w:val="00D56BFA"/>
    <w:rsid w:val="00D56D88"/>
    <w:rsid w:val="00D5702C"/>
    <w:rsid w:val="00D57147"/>
    <w:rsid w:val="00D57655"/>
    <w:rsid w:val="00D57B1B"/>
    <w:rsid w:val="00D602BF"/>
    <w:rsid w:val="00D6032E"/>
    <w:rsid w:val="00D60BCF"/>
    <w:rsid w:val="00D61853"/>
    <w:rsid w:val="00D623F5"/>
    <w:rsid w:val="00D63553"/>
    <w:rsid w:val="00D648E9"/>
    <w:rsid w:val="00D64966"/>
    <w:rsid w:val="00D64973"/>
    <w:rsid w:val="00D64AC9"/>
    <w:rsid w:val="00D65B2E"/>
    <w:rsid w:val="00D66C04"/>
    <w:rsid w:val="00D66F4E"/>
    <w:rsid w:val="00D674C4"/>
    <w:rsid w:val="00D67B70"/>
    <w:rsid w:val="00D67CDE"/>
    <w:rsid w:val="00D67D5F"/>
    <w:rsid w:val="00D71492"/>
    <w:rsid w:val="00D719DA"/>
    <w:rsid w:val="00D72625"/>
    <w:rsid w:val="00D7268A"/>
    <w:rsid w:val="00D73351"/>
    <w:rsid w:val="00D73ACF"/>
    <w:rsid w:val="00D7445B"/>
    <w:rsid w:val="00D74B51"/>
    <w:rsid w:val="00D75222"/>
    <w:rsid w:val="00D75396"/>
    <w:rsid w:val="00D75A39"/>
    <w:rsid w:val="00D75E7F"/>
    <w:rsid w:val="00D76793"/>
    <w:rsid w:val="00D76971"/>
    <w:rsid w:val="00D77413"/>
    <w:rsid w:val="00D807D7"/>
    <w:rsid w:val="00D80ACC"/>
    <w:rsid w:val="00D814A2"/>
    <w:rsid w:val="00D819D2"/>
    <w:rsid w:val="00D81BFA"/>
    <w:rsid w:val="00D82224"/>
    <w:rsid w:val="00D822C0"/>
    <w:rsid w:val="00D8280D"/>
    <w:rsid w:val="00D8286A"/>
    <w:rsid w:val="00D82A7B"/>
    <w:rsid w:val="00D831E0"/>
    <w:rsid w:val="00D843EB"/>
    <w:rsid w:val="00D851FF"/>
    <w:rsid w:val="00D85BE9"/>
    <w:rsid w:val="00D86BE8"/>
    <w:rsid w:val="00D875E4"/>
    <w:rsid w:val="00D87BA8"/>
    <w:rsid w:val="00D87C4B"/>
    <w:rsid w:val="00D9015F"/>
    <w:rsid w:val="00D917B9"/>
    <w:rsid w:val="00D91DA9"/>
    <w:rsid w:val="00D91F44"/>
    <w:rsid w:val="00D92263"/>
    <w:rsid w:val="00D92ED6"/>
    <w:rsid w:val="00D93282"/>
    <w:rsid w:val="00D93D2E"/>
    <w:rsid w:val="00D94DEA"/>
    <w:rsid w:val="00D951AD"/>
    <w:rsid w:val="00D953CC"/>
    <w:rsid w:val="00D95F01"/>
    <w:rsid w:val="00D962EB"/>
    <w:rsid w:val="00D9671B"/>
    <w:rsid w:val="00D96D4D"/>
    <w:rsid w:val="00D975F2"/>
    <w:rsid w:val="00D97787"/>
    <w:rsid w:val="00D97EF3"/>
    <w:rsid w:val="00DA0202"/>
    <w:rsid w:val="00DA06C5"/>
    <w:rsid w:val="00DA0C5F"/>
    <w:rsid w:val="00DA0DF5"/>
    <w:rsid w:val="00DA114A"/>
    <w:rsid w:val="00DA1550"/>
    <w:rsid w:val="00DA174E"/>
    <w:rsid w:val="00DA1B32"/>
    <w:rsid w:val="00DA2108"/>
    <w:rsid w:val="00DA22BF"/>
    <w:rsid w:val="00DA2386"/>
    <w:rsid w:val="00DA2474"/>
    <w:rsid w:val="00DA360C"/>
    <w:rsid w:val="00DA37F7"/>
    <w:rsid w:val="00DA4168"/>
    <w:rsid w:val="00DA57CB"/>
    <w:rsid w:val="00DA683B"/>
    <w:rsid w:val="00DA6865"/>
    <w:rsid w:val="00DA686D"/>
    <w:rsid w:val="00DB02A1"/>
    <w:rsid w:val="00DB08B0"/>
    <w:rsid w:val="00DB0B4A"/>
    <w:rsid w:val="00DB1DA6"/>
    <w:rsid w:val="00DB263B"/>
    <w:rsid w:val="00DB2F7E"/>
    <w:rsid w:val="00DB3751"/>
    <w:rsid w:val="00DB3ABB"/>
    <w:rsid w:val="00DB3F92"/>
    <w:rsid w:val="00DB461F"/>
    <w:rsid w:val="00DB47FE"/>
    <w:rsid w:val="00DB5510"/>
    <w:rsid w:val="00DB57A5"/>
    <w:rsid w:val="00DB5BE4"/>
    <w:rsid w:val="00DB67E0"/>
    <w:rsid w:val="00DB785F"/>
    <w:rsid w:val="00DC0869"/>
    <w:rsid w:val="00DC0981"/>
    <w:rsid w:val="00DC0D23"/>
    <w:rsid w:val="00DC1143"/>
    <w:rsid w:val="00DC1AA7"/>
    <w:rsid w:val="00DC275F"/>
    <w:rsid w:val="00DC31A0"/>
    <w:rsid w:val="00DC33E5"/>
    <w:rsid w:val="00DC4292"/>
    <w:rsid w:val="00DC4951"/>
    <w:rsid w:val="00DC543F"/>
    <w:rsid w:val="00DC5454"/>
    <w:rsid w:val="00DC6B31"/>
    <w:rsid w:val="00DC70A5"/>
    <w:rsid w:val="00DC711A"/>
    <w:rsid w:val="00DC7A6B"/>
    <w:rsid w:val="00DC7DAB"/>
    <w:rsid w:val="00DD0B77"/>
    <w:rsid w:val="00DD1703"/>
    <w:rsid w:val="00DD2128"/>
    <w:rsid w:val="00DD291F"/>
    <w:rsid w:val="00DD3066"/>
    <w:rsid w:val="00DD3C40"/>
    <w:rsid w:val="00DD3DBF"/>
    <w:rsid w:val="00DD41EA"/>
    <w:rsid w:val="00DD4418"/>
    <w:rsid w:val="00DD4F66"/>
    <w:rsid w:val="00DD651A"/>
    <w:rsid w:val="00DD709F"/>
    <w:rsid w:val="00DD738C"/>
    <w:rsid w:val="00DD79A9"/>
    <w:rsid w:val="00DD7CFE"/>
    <w:rsid w:val="00DE0CF1"/>
    <w:rsid w:val="00DE0D09"/>
    <w:rsid w:val="00DE1164"/>
    <w:rsid w:val="00DE2098"/>
    <w:rsid w:val="00DE37E7"/>
    <w:rsid w:val="00DE3E1A"/>
    <w:rsid w:val="00DE4736"/>
    <w:rsid w:val="00DE4FB1"/>
    <w:rsid w:val="00DE5627"/>
    <w:rsid w:val="00DE6534"/>
    <w:rsid w:val="00DE74DE"/>
    <w:rsid w:val="00DE769B"/>
    <w:rsid w:val="00DF0391"/>
    <w:rsid w:val="00DF0464"/>
    <w:rsid w:val="00DF0750"/>
    <w:rsid w:val="00DF2891"/>
    <w:rsid w:val="00DF3075"/>
    <w:rsid w:val="00DF379A"/>
    <w:rsid w:val="00DF3EF2"/>
    <w:rsid w:val="00DF5047"/>
    <w:rsid w:val="00DF5633"/>
    <w:rsid w:val="00DF58FA"/>
    <w:rsid w:val="00DF72AC"/>
    <w:rsid w:val="00E01C48"/>
    <w:rsid w:val="00E03414"/>
    <w:rsid w:val="00E03460"/>
    <w:rsid w:val="00E04327"/>
    <w:rsid w:val="00E04345"/>
    <w:rsid w:val="00E043A2"/>
    <w:rsid w:val="00E0468C"/>
    <w:rsid w:val="00E04800"/>
    <w:rsid w:val="00E04DB6"/>
    <w:rsid w:val="00E04E38"/>
    <w:rsid w:val="00E05D05"/>
    <w:rsid w:val="00E069B6"/>
    <w:rsid w:val="00E06BEC"/>
    <w:rsid w:val="00E07AD6"/>
    <w:rsid w:val="00E07AE1"/>
    <w:rsid w:val="00E1023D"/>
    <w:rsid w:val="00E12C19"/>
    <w:rsid w:val="00E12EAA"/>
    <w:rsid w:val="00E130A8"/>
    <w:rsid w:val="00E13F37"/>
    <w:rsid w:val="00E14241"/>
    <w:rsid w:val="00E15A6E"/>
    <w:rsid w:val="00E1720A"/>
    <w:rsid w:val="00E173F2"/>
    <w:rsid w:val="00E202C2"/>
    <w:rsid w:val="00E202EB"/>
    <w:rsid w:val="00E20A85"/>
    <w:rsid w:val="00E229D5"/>
    <w:rsid w:val="00E22A0E"/>
    <w:rsid w:val="00E2351B"/>
    <w:rsid w:val="00E24964"/>
    <w:rsid w:val="00E24A67"/>
    <w:rsid w:val="00E251A3"/>
    <w:rsid w:val="00E262F2"/>
    <w:rsid w:val="00E265A2"/>
    <w:rsid w:val="00E26F4E"/>
    <w:rsid w:val="00E27927"/>
    <w:rsid w:val="00E30E2F"/>
    <w:rsid w:val="00E316CA"/>
    <w:rsid w:val="00E31F52"/>
    <w:rsid w:val="00E32384"/>
    <w:rsid w:val="00E3263C"/>
    <w:rsid w:val="00E32FCF"/>
    <w:rsid w:val="00E32FFA"/>
    <w:rsid w:val="00E33D07"/>
    <w:rsid w:val="00E34530"/>
    <w:rsid w:val="00E351CF"/>
    <w:rsid w:val="00E35F18"/>
    <w:rsid w:val="00E364EB"/>
    <w:rsid w:val="00E37A62"/>
    <w:rsid w:val="00E417B1"/>
    <w:rsid w:val="00E41926"/>
    <w:rsid w:val="00E434FF"/>
    <w:rsid w:val="00E437D4"/>
    <w:rsid w:val="00E43BC1"/>
    <w:rsid w:val="00E45177"/>
    <w:rsid w:val="00E45611"/>
    <w:rsid w:val="00E46B61"/>
    <w:rsid w:val="00E46CAF"/>
    <w:rsid w:val="00E47F5C"/>
    <w:rsid w:val="00E50D77"/>
    <w:rsid w:val="00E51C89"/>
    <w:rsid w:val="00E51CDB"/>
    <w:rsid w:val="00E52CC7"/>
    <w:rsid w:val="00E53178"/>
    <w:rsid w:val="00E5333B"/>
    <w:rsid w:val="00E5363E"/>
    <w:rsid w:val="00E5414B"/>
    <w:rsid w:val="00E5428F"/>
    <w:rsid w:val="00E5445E"/>
    <w:rsid w:val="00E54C99"/>
    <w:rsid w:val="00E56019"/>
    <w:rsid w:val="00E56A8D"/>
    <w:rsid w:val="00E5702F"/>
    <w:rsid w:val="00E5703D"/>
    <w:rsid w:val="00E5780C"/>
    <w:rsid w:val="00E57D9F"/>
    <w:rsid w:val="00E57FB7"/>
    <w:rsid w:val="00E60501"/>
    <w:rsid w:val="00E607A9"/>
    <w:rsid w:val="00E607E9"/>
    <w:rsid w:val="00E6223E"/>
    <w:rsid w:val="00E6237A"/>
    <w:rsid w:val="00E62DA3"/>
    <w:rsid w:val="00E62DFE"/>
    <w:rsid w:val="00E63253"/>
    <w:rsid w:val="00E6386E"/>
    <w:rsid w:val="00E63C61"/>
    <w:rsid w:val="00E63D17"/>
    <w:rsid w:val="00E640E1"/>
    <w:rsid w:val="00E6452B"/>
    <w:rsid w:val="00E645C6"/>
    <w:rsid w:val="00E65576"/>
    <w:rsid w:val="00E65768"/>
    <w:rsid w:val="00E66138"/>
    <w:rsid w:val="00E6767B"/>
    <w:rsid w:val="00E70A26"/>
    <w:rsid w:val="00E70CFC"/>
    <w:rsid w:val="00E71433"/>
    <w:rsid w:val="00E71840"/>
    <w:rsid w:val="00E71A44"/>
    <w:rsid w:val="00E71FA3"/>
    <w:rsid w:val="00E72D7E"/>
    <w:rsid w:val="00E73056"/>
    <w:rsid w:val="00E73A89"/>
    <w:rsid w:val="00E7465B"/>
    <w:rsid w:val="00E747A1"/>
    <w:rsid w:val="00E748F4"/>
    <w:rsid w:val="00E76A80"/>
    <w:rsid w:val="00E76B81"/>
    <w:rsid w:val="00E774F3"/>
    <w:rsid w:val="00E80689"/>
    <w:rsid w:val="00E80C6A"/>
    <w:rsid w:val="00E81166"/>
    <w:rsid w:val="00E81605"/>
    <w:rsid w:val="00E817C8"/>
    <w:rsid w:val="00E81F51"/>
    <w:rsid w:val="00E82576"/>
    <w:rsid w:val="00E825C0"/>
    <w:rsid w:val="00E82DA4"/>
    <w:rsid w:val="00E82E8B"/>
    <w:rsid w:val="00E8320B"/>
    <w:rsid w:val="00E83E99"/>
    <w:rsid w:val="00E84781"/>
    <w:rsid w:val="00E849D5"/>
    <w:rsid w:val="00E85783"/>
    <w:rsid w:val="00E8664A"/>
    <w:rsid w:val="00E866B5"/>
    <w:rsid w:val="00E86C1E"/>
    <w:rsid w:val="00E9046F"/>
    <w:rsid w:val="00E9047B"/>
    <w:rsid w:val="00E90777"/>
    <w:rsid w:val="00E9225B"/>
    <w:rsid w:val="00E93810"/>
    <w:rsid w:val="00E94A12"/>
    <w:rsid w:val="00E95711"/>
    <w:rsid w:val="00E967A2"/>
    <w:rsid w:val="00E96846"/>
    <w:rsid w:val="00EA0216"/>
    <w:rsid w:val="00EA054A"/>
    <w:rsid w:val="00EA0FFD"/>
    <w:rsid w:val="00EA1006"/>
    <w:rsid w:val="00EA11C5"/>
    <w:rsid w:val="00EA17BE"/>
    <w:rsid w:val="00EA193B"/>
    <w:rsid w:val="00EA1DDA"/>
    <w:rsid w:val="00EA2BBC"/>
    <w:rsid w:val="00EA3892"/>
    <w:rsid w:val="00EA4520"/>
    <w:rsid w:val="00EA45B6"/>
    <w:rsid w:val="00EA467B"/>
    <w:rsid w:val="00EA5F95"/>
    <w:rsid w:val="00EA6621"/>
    <w:rsid w:val="00EA69C3"/>
    <w:rsid w:val="00EA6B1D"/>
    <w:rsid w:val="00EA6D11"/>
    <w:rsid w:val="00EA6D62"/>
    <w:rsid w:val="00EA6FBD"/>
    <w:rsid w:val="00EB01AA"/>
    <w:rsid w:val="00EB113B"/>
    <w:rsid w:val="00EB13C0"/>
    <w:rsid w:val="00EB219E"/>
    <w:rsid w:val="00EB21FC"/>
    <w:rsid w:val="00EB22E0"/>
    <w:rsid w:val="00EB2F47"/>
    <w:rsid w:val="00EB3064"/>
    <w:rsid w:val="00EB338A"/>
    <w:rsid w:val="00EB387A"/>
    <w:rsid w:val="00EB3AF1"/>
    <w:rsid w:val="00EB3BCA"/>
    <w:rsid w:val="00EB4843"/>
    <w:rsid w:val="00EB4DFD"/>
    <w:rsid w:val="00EB4F11"/>
    <w:rsid w:val="00EB504D"/>
    <w:rsid w:val="00EB5074"/>
    <w:rsid w:val="00EB5252"/>
    <w:rsid w:val="00EB5980"/>
    <w:rsid w:val="00EB6C5C"/>
    <w:rsid w:val="00EB6ED7"/>
    <w:rsid w:val="00EB7031"/>
    <w:rsid w:val="00EB7152"/>
    <w:rsid w:val="00EB79F8"/>
    <w:rsid w:val="00EB7AA9"/>
    <w:rsid w:val="00EC0271"/>
    <w:rsid w:val="00EC03D5"/>
    <w:rsid w:val="00EC0C6F"/>
    <w:rsid w:val="00EC147A"/>
    <w:rsid w:val="00EC1838"/>
    <w:rsid w:val="00EC3310"/>
    <w:rsid w:val="00EC37ED"/>
    <w:rsid w:val="00EC3A44"/>
    <w:rsid w:val="00EC3B0A"/>
    <w:rsid w:val="00EC45FC"/>
    <w:rsid w:val="00EC60A6"/>
    <w:rsid w:val="00EC6866"/>
    <w:rsid w:val="00EC728E"/>
    <w:rsid w:val="00EC7B86"/>
    <w:rsid w:val="00ED045B"/>
    <w:rsid w:val="00ED222D"/>
    <w:rsid w:val="00ED27FB"/>
    <w:rsid w:val="00ED2A40"/>
    <w:rsid w:val="00ED2A51"/>
    <w:rsid w:val="00ED315A"/>
    <w:rsid w:val="00ED3A43"/>
    <w:rsid w:val="00ED4D1F"/>
    <w:rsid w:val="00ED5046"/>
    <w:rsid w:val="00ED5078"/>
    <w:rsid w:val="00ED5361"/>
    <w:rsid w:val="00ED5445"/>
    <w:rsid w:val="00ED54F5"/>
    <w:rsid w:val="00ED55C2"/>
    <w:rsid w:val="00ED6683"/>
    <w:rsid w:val="00ED6E96"/>
    <w:rsid w:val="00ED71A2"/>
    <w:rsid w:val="00ED7379"/>
    <w:rsid w:val="00ED7565"/>
    <w:rsid w:val="00ED7703"/>
    <w:rsid w:val="00ED7BFA"/>
    <w:rsid w:val="00ED7D87"/>
    <w:rsid w:val="00EE053F"/>
    <w:rsid w:val="00EE0847"/>
    <w:rsid w:val="00EE0B9A"/>
    <w:rsid w:val="00EE20DF"/>
    <w:rsid w:val="00EE32AA"/>
    <w:rsid w:val="00EE35BF"/>
    <w:rsid w:val="00EE3A40"/>
    <w:rsid w:val="00EE3BFE"/>
    <w:rsid w:val="00EE3DDA"/>
    <w:rsid w:val="00EE4DAB"/>
    <w:rsid w:val="00EE5090"/>
    <w:rsid w:val="00EE7544"/>
    <w:rsid w:val="00EE7830"/>
    <w:rsid w:val="00EE7C75"/>
    <w:rsid w:val="00EF079E"/>
    <w:rsid w:val="00EF0B74"/>
    <w:rsid w:val="00EF17AD"/>
    <w:rsid w:val="00EF190B"/>
    <w:rsid w:val="00EF238C"/>
    <w:rsid w:val="00EF340C"/>
    <w:rsid w:val="00EF3797"/>
    <w:rsid w:val="00EF3A7E"/>
    <w:rsid w:val="00EF5C94"/>
    <w:rsid w:val="00EF666D"/>
    <w:rsid w:val="00EF702F"/>
    <w:rsid w:val="00EF7C0B"/>
    <w:rsid w:val="00F00704"/>
    <w:rsid w:val="00F00AC6"/>
    <w:rsid w:val="00F00CD9"/>
    <w:rsid w:val="00F01031"/>
    <w:rsid w:val="00F013D0"/>
    <w:rsid w:val="00F02087"/>
    <w:rsid w:val="00F04A42"/>
    <w:rsid w:val="00F04B56"/>
    <w:rsid w:val="00F06C76"/>
    <w:rsid w:val="00F071E7"/>
    <w:rsid w:val="00F100BC"/>
    <w:rsid w:val="00F10206"/>
    <w:rsid w:val="00F1072A"/>
    <w:rsid w:val="00F10791"/>
    <w:rsid w:val="00F10DAB"/>
    <w:rsid w:val="00F1136F"/>
    <w:rsid w:val="00F11373"/>
    <w:rsid w:val="00F119B1"/>
    <w:rsid w:val="00F1280B"/>
    <w:rsid w:val="00F1453D"/>
    <w:rsid w:val="00F155F0"/>
    <w:rsid w:val="00F15FA5"/>
    <w:rsid w:val="00F1613E"/>
    <w:rsid w:val="00F1633C"/>
    <w:rsid w:val="00F167C8"/>
    <w:rsid w:val="00F1788F"/>
    <w:rsid w:val="00F17BDA"/>
    <w:rsid w:val="00F17BE7"/>
    <w:rsid w:val="00F17C8E"/>
    <w:rsid w:val="00F17CD1"/>
    <w:rsid w:val="00F208E3"/>
    <w:rsid w:val="00F20F0B"/>
    <w:rsid w:val="00F224F0"/>
    <w:rsid w:val="00F2261D"/>
    <w:rsid w:val="00F23034"/>
    <w:rsid w:val="00F234DB"/>
    <w:rsid w:val="00F23796"/>
    <w:rsid w:val="00F260F1"/>
    <w:rsid w:val="00F264D3"/>
    <w:rsid w:val="00F26D4A"/>
    <w:rsid w:val="00F2747B"/>
    <w:rsid w:val="00F30C77"/>
    <w:rsid w:val="00F31060"/>
    <w:rsid w:val="00F32503"/>
    <w:rsid w:val="00F329C6"/>
    <w:rsid w:val="00F3330F"/>
    <w:rsid w:val="00F33321"/>
    <w:rsid w:val="00F3380D"/>
    <w:rsid w:val="00F34019"/>
    <w:rsid w:val="00F342DE"/>
    <w:rsid w:val="00F35CE6"/>
    <w:rsid w:val="00F3799B"/>
    <w:rsid w:val="00F37CC1"/>
    <w:rsid w:val="00F401B7"/>
    <w:rsid w:val="00F40597"/>
    <w:rsid w:val="00F40A61"/>
    <w:rsid w:val="00F40B7A"/>
    <w:rsid w:val="00F40D37"/>
    <w:rsid w:val="00F411F2"/>
    <w:rsid w:val="00F41DFD"/>
    <w:rsid w:val="00F41FA3"/>
    <w:rsid w:val="00F42819"/>
    <w:rsid w:val="00F44231"/>
    <w:rsid w:val="00F44782"/>
    <w:rsid w:val="00F46041"/>
    <w:rsid w:val="00F47D3A"/>
    <w:rsid w:val="00F51B1C"/>
    <w:rsid w:val="00F52785"/>
    <w:rsid w:val="00F52DEA"/>
    <w:rsid w:val="00F53DDB"/>
    <w:rsid w:val="00F544A8"/>
    <w:rsid w:val="00F54BC9"/>
    <w:rsid w:val="00F556E0"/>
    <w:rsid w:val="00F55831"/>
    <w:rsid w:val="00F559B5"/>
    <w:rsid w:val="00F55AD0"/>
    <w:rsid w:val="00F55EA5"/>
    <w:rsid w:val="00F56780"/>
    <w:rsid w:val="00F56936"/>
    <w:rsid w:val="00F57467"/>
    <w:rsid w:val="00F57A2C"/>
    <w:rsid w:val="00F57B18"/>
    <w:rsid w:val="00F57FF2"/>
    <w:rsid w:val="00F600C1"/>
    <w:rsid w:val="00F6036B"/>
    <w:rsid w:val="00F6289A"/>
    <w:rsid w:val="00F628D7"/>
    <w:rsid w:val="00F62F0C"/>
    <w:rsid w:val="00F63447"/>
    <w:rsid w:val="00F63602"/>
    <w:rsid w:val="00F640C8"/>
    <w:rsid w:val="00F645AB"/>
    <w:rsid w:val="00F6594A"/>
    <w:rsid w:val="00F65A2E"/>
    <w:rsid w:val="00F65A94"/>
    <w:rsid w:val="00F65D6E"/>
    <w:rsid w:val="00F65FC8"/>
    <w:rsid w:val="00F6788D"/>
    <w:rsid w:val="00F700A1"/>
    <w:rsid w:val="00F7048C"/>
    <w:rsid w:val="00F70608"/>
    <w:rsid w:val="00F70906"/>
    <w:rsid w:val="00F70A89"/>
    <w:rsid w:val="00F71478"/>
    <w:rsid w:val="00F717E3"/>
    <w:rsid w:val="00F7220F"/>
    <w:rsid w:val="00F72760"/>
    <w:rsid w:val="00F73C55"/>
    <w:rsid w:val="00F73E9F"/>
    <w:rsid w:val="00F74046"/>
    <w:rsid w:val="00F74192"/>
    <w:rsid w:val="00F7441B"/>
    <w:rsid w:val="00F74E91"/>
    <w:rsid w:val="00F75816"/>
    <w:rsid w:val="00F7587E"/>
    <w:rsid w:val="00F76045"/>
    <w:rsid w:val="00F76329"/>
    <w:rsid w:val="00F763A6"/>
    <w:rsid w:val="00F77954"/>
    <w:rsid w:val="00F77CFE"/>
    <w:rsid w:val="00F77D26"/>
    <w:rsid w:val="00F801F3"/>
    <w:rsid w:val="00F8041B"/>
    <w:rsid w:val="00F8051D"/>
    <w:rsid w:val="00F8092C"/>
    <w:rsid w:val="00F80A9E"/>
    <w:rsid w:val="00F810C8"/>
    <w:rsid w:val="00F81389"/>
    <w:rsid w:val="00F82D7B"/>
    <w:rsid w:val="00F83B0F"/>
    <w:rsid w:val="00F84074"/>
    <w:rsid w:val="00F855E6"/>
    <w:rsid w:val="00F859C0"/>
    <w:rsid w:val="00F86006"/>
    <w:rsid w:val="00F86EA2"/>
    <w:rsid w:val="00F876D6"/>
    <w:rsid w:val="00F87BA7"/>
    <w:rsid w:val="00F90BE3"/>
    <w:rsid w:val="00F90C9D"/>
    <w:rsid w:val="00F90F11"/>
    <w:rsid w:val="00F90FA3"/>
    <w:rsid w:val="00F91334"/>
    <w:rsid w:val="00F916F0"/>
    <w:rsid w:val="00F920C3"/>
    <w:rsid w:val="00F924BA"/>
    <w:rsid w:val="00F931B0"/>
    <w:rsid w:val="00F93D49"/>
    <w:rsid w:val="00F93F81"/>
    <w:rsid w:val="00F952F5"/>
    <w:rsid w:val="00F9597E"/>
    <w:rsid w:val="00F95AA5"/>
    <w:rsid w:val="00F95AA6"/>
    <w:rsid w:val="00F96AF9"/>
    <w:rsid w:val="00F97C52"/>
    <w:rsid w:val="00F97D82"/>
    <w:rsid w:val="00FA1150"/>
    <w:rsid w:val="00FA1FEF"/>
    <w:rsid w:val="00FA2772"/>
    <w:rsid w:val="00FA2AC0"/>
    <w:rsid w:val="00FA35CB"/>
    <w:rsid w:val="00FA3A85"/>
    <w:rsid w:val="00FA4D1D"/>
    <w:rsid w:val="00FA5288"/>
    <w:rsid w:val="00FA535A"/>
    <w:rsid w:val="00FA5B40"/>
    <w:rsid w:val="00FA6406"/>
    <w:rsid w:val="00FA65CB"/>
    <w:rsid w:val="00FA65DB"/>
    <w:rsid w:val="00FA6E0B"/>
    <w:rsid w:val="00FA71F0"/>
    <w:rsid w:val="00FA72C8"/>
    <w:rsid w:val="00FB012D"/>
    <w:rsid w:val="00FB02D8"/>
    <w:rsid w:val="00FB08B6"/>
    <w:rsid w:val="00FB0C4C"/>
    <w:rsid w:val="00FB0D54"/>
    <w:rsid w:val="00FB0E40"/>
    <w:rsid w:val="00FB0EFC"/>
    <w:rsid w:val="00FB15E8"/>
    <w:rsid w:val="00FB1A60"/>
    <w:rsid w:val="00FB1CC5"/>
    <w:rsid w:val="00FB1E26"/>
    <w:rsid w:val="00FB1F50"/>
    <w:rsid w:val="00FB2443"/>
    <w:rsid w:val="00FB2A39"/>
    <w:rsid w:val="00FB2B06"/>
    <w:rsid w:val="00FB2CD6"/>
    <w:rsid w:val="00FB2CD8"/>
    <w:rsid w:val="00FB31BB"/>
    <w:rsid w:val="00FB3C38"/>
    <w:rsid w:val="00FB4771"/>
    <w:rsid w:val="00FB4AC5"/>
    <w:rsid w:val="00FB519B"/>
    <w:rsid w:val="00FB5A5C"/>
    <w:rsid w:val="00FB5C1A"/>
    <w:rsid w:val="00FB5CEA"/>
    <w:rsid w:val="00FB5DDE"/>
    <w:rsid w:val="00FB7235"/>
    <w:rsid w:val="00FB737B"/>
    <w:rsid w:val="00FB7737"/>
    <w:rsid w:val="00FB7B61"/>
    <w:rsid w:val="00FB7BF3"/>
    <w:rsid w:val="00FC0158"/>
    <w:rsid w:val="00FC0361"/>
    <w:rsid w:val="00FC0642"/>
    <w:rsid w:val="00FC1732"/>
    <w:rsid w:val="00FC1AED"/>
    <w:rsid w:val="00FC234F"/>
    <w:rsid w:val="00FC3B96"/>
    <w:rsid w:val="00FC3D7D"/>
    <w:rsid w:val="00FC435D"/>
    <w:rsid w:val="00FC43A0"/>
    <w:rsid w:val="00FC4613"/>
    <w:rsid w:val="00FC544A"/>
    <w:rsid w:val="00FC57FF"/>
    <w:rsid w:val="00FC5B3B"/>
    <w:rsid w:val="00FC60F1"/>
    <w:rsid w:val="00FC66C9"/>
    <w:rsid w:val="00FC687F"/>
    <w:rsid w:val="00FC68EF"/>
    <w:rsid w:val="00FC693F"/>
    <w:rsid w:val="00FC726B"/>
    <w:rsid w:val="00FC7323"/>
    <w:rsid w:val="00FC7E5E"/>
    <w:rsid w:val="00FD0203"/>
    <w:rsid w:val="00FD07DA"/>
    <w:rsid w:val="00FD0A2A"/>
    <w:rsid w:val="00FD122A"/>
    <w:rsid w:val="00FD1879"/>
    <w:rsid w:val="00FD1C44"/>
    <w:rsid w:val="00FD1F09"/>
    <w:rsid w:val="00FD2E16"/>
    <w:rsid w:val="00FD30F6"/>
    <w:rsid w:val="00FD3A90"/>
    <w:rsid w:val="00FD4860"/>
    <w:rsid w:val="00FD5788"/>
    <w:rsid w:val="00FD6372"/>
    <w:rsid w:val="00FD7C26"/>
    <w:rsid w:val="00FD7E25"/>
    <w:rsid w:val="00FE00BE"/>
    <w:rsid w:val="00FE055C"/>
    <w:rsid w:val="00FE0CBF"/>
    <w:rsid w:val="00FE0EA6"/>
    <w:rsid w:val="00FE17B8"/>
    <w:rsid w:val="00FE2065"/>
    <w:rsid w:val="00FE2303"/>
    <w:rsid w:val="00FE28F0"/>
    <w:rsid w:val="00FE3D9E"/>
    <w:rsid w:val="00FE51EA"/>
    <w:rsid w:val="00FE580A"/>
    <w:rsid w:val="00FE6674"/>
    <w:rsid w:val="00FE6804"/>
    <w:rsid w:val="00FE6942"/>
    <w:rsid w:val="00FE7241"/>
    <w:rsid w:val="00FE7806"/>
    <w:rsid w:val="00FE7EE4"/>
    <w:rsid w:val="00FE7FC7"/>
    <w:rsid w:val="00FF08C1"/>
    <w:rsid w:val="00FF0A9B"/>
    <w:rsid w:val="00FF223F"/>
    <w:rsid w:val="00FF27DC"/>
    <w:rsid w:val="00FF4426"/>
    <w:rsid w:val="00FF536F"/>
    <w:rsid w:val="00FF563F"/>
    <w:rsid w:val="00FF5CF5"/>
    <w:rsid w:val="00FF5E83"/>
    <w:rsid w:val="00FF67B3"/>
    <w:rsid w:val="00FF6A6C"/>
    <w:rsid w:val="00FF6C76"/>
    <w:rsid w:val="00FF7044"/>
    <w:rsid w:val="00FF73ED"/>
    <w:rsid w:val="00FF7D0A"/>
    <w:rsid w:val="0126DBDF"/>
    <w:rsid w:val="01713150"/>
    <w:rsid w:val="01D0B2E5"/>
    <w:rsid w:val="01D2C33E"/>
    <w:rsid w:val="021C68F5"/>
    <w:rsid w:val="02A911C2"/>
    <w:rsid w:val="0352D515"/>
    <w:rsid w:val="03C8ABF9"/>
    <w:rsid w:val="03C948A8"/>
    <w:rsid w:val="045D68F6"/>
    <w:rsid w:val="055AB143"/>
    <w:rsid w:val="05C2B45C"/>
    <w:rsid w:val="069418EA"/>
    <w:rsid w:val="06A90DD9"/>
    <w:rsid w:val="07573C3E"/>
    <w:rsid w:val="07621335"/>
    <w:rsid w:val="08B76D9F"/>
    <w:rsid w:val="0AF56E58"/>
    <w:rsid w:val="0B3377B8"/>
    <w:rsid w:val="0BF26333"/>
    <w:rsid w:val="0BF33DF9"/>
    <w:rsid w:val="0CBBABAC"/>
    <w:rsid w:val="0DA6C32A"/>
    <w:rsid w:val="0DBA0DF8"/>
    <w:rsid w:val="0F8DD79F"/>
    <w:rsid w:val="0FB298E4"/>
    <w:rsid w:val="0FCA21D1"/>
    <w:rsid w:val="10C6314F"/>
    <w:rsid w:val="117B7410"/>
    <w:rsid w:val="13A5101D"/>
    <w:rsid w:val="146EC9C1"/>
    <w:rsid w:val="147C8241"/>
    <w:rsid w:val="1596BEE1"/>
    <w:rsid w:val="16089294"/>
    <w:rsid w:val="16183A5A"/>
    <w:rsid w:val="17456455"/>
    <w:rsid w:val="17CAD21F"/>
    <w:rsid w:val="17ED6274"/>
    <w:rsid w:val="18606D68"/>
    <w:rsid w:val="1866C5B4"/>
    <w:rsid w:val="18A8B077"/>
    <w:rsid w:val="18D4041A"/>
    <w:rsid w:val="18DF7B84"/>
    <w:rsid w:val="19903E7B"/>
    <w:rsid w:val="1A415959"/>
    <w:rsid w:val="1AA15996"/>
    <w:rsid w:val="1B45A231"/>
    <w:rsid w:val="1BD481E7"/>
    <w:rsid w:val="1BDF5B5C"/>
    <w:rsid w:val="1C78198E"/>
    <w:rsid w:val="1CC21FCC"/>
    <w:rsid w:val="1CC61D2D"/>
    <w:rsid w:val="1CDB462A"/>
    <w:rsid w:val="1D3AEB4D"/>
    <w:rsid w:val="1E4E1340"/>
    <w:rsid w:val="1E870420"/>
    <w:rsid w:val="1F854710"/>
    <w:rsid w:val="1FDCD3FB"/>
    <w:rsid w:val="208BCAF8"/>
    <w:rsid w:val="22A57A2B"/>
    <w:rsid w:val="230FAFA0"/>
    <w:rsid w:val="23430570"/>
    <w:rsid w:val="237D5519"/>
    <w:rsid w:val="2383E727"/>
    <w:rsid w:val="24277865"/>
    <w:rsid w:val="244D0041"/>
    <w:rsid w:val="2492BC36"/>
    <w:rsid w:val="24A274A6"/>
    <w:rsid w:val="24A89825"/>
    <w:rsid w:val="252E3C0D"/>
    <w:rsid w:val="2552F46E"/>
    <w:rsid w:val="25C4120F"/>
    <w:rsid w:val="25C7231F"/>
    <w:rsid w:val="26791DD5"/>
    <w:rsid w:val="268BDCDF"/>
    <w:rsid w:val="26D219E6"/>
    <w:rsid w:val="2818DD62"/>
    <w:rsid w:val="28772912"/>
    <w:rsid w:val="28975D88"/>
    <w:rsid w:val="292D11A9"/>
    <w:rsid w:val="29D402CA"/>
    <w:rsid w:val="2B4AEEA0"/>
    <w:rsid w:val="2BB8F93F"/>
    <w:rsid w:val="2BEFC722"/>
    <w:rsid w:val="2D2C1B95"/>
    <w:rsid w:val="2D33BF05"/>
    <w:rsid w:val="2D9D23B7"/>
    <w:rsid w:val="2DBC5C84"/>
    <w:rsid w:val="2E4149EA"/>
    <w:rsid w:val="2EA42735"/>
    <w:rsid w:val="2EA8A21D"/>
    <w:rsid w:val="2EC9A4D8"/>
    <w:rsid w:val="2F16BACE"/>
    <w:rsid w:val="2FA17630"/>
    <w:rsid w:val="2FCE5073"/>
    <w:rsid w:val="2FF942B5"/>
    <w:rsid w:val="30CC7B55"/>
    <w:rsid w:val="30F56377"/>
    <w:rsid w:val="31054A70"/>
    <w:rsid w:val="31B88CEF"/>
    <w:rsid w:val="31D5A7F9"/>
    <w:rsid w:val="32201C95"/>
    <w:rsid w:val="3223092A"/>
    <w:rsid w:val="32294A19"/>
    <w:rsid w:val="32733E4D"/>
    <w:rsid w:val="34C7149C"/>
    <w:rsid w:val="34E47596"/>
    <w:rsid w:val="36BC1420"/>
    <w:rsid w:val="36C5288A"/>
    <w:rsid w:val="38C561E2"/>
    <w:rsid w:val="38F2AEBC"/>
    <w:rsid w:val="39139B55"/>
    <w:rsid w:val="3979A48E"/>
    <w:rsid w:val="39C29A91"/>
    <w:rsid w:val="3A2441E7"/>
    <w:rsid w:val="3A80C37C"/>
    <w:rsid w:val="3B58E241"/>
    <w:rsid w:val="3BDDC4CC"/>
    <w:rsid w:val="3BF62177"/>
    <w:rsid w:val="3C84D2B2"/>
    <w:rsid w:val="3DFA3E8F"/>
    <w:rsid w:val="3F1EAE79"/>
    <w:rsid w:val="3FC3748E"/>
    <w:rsid w:val="401B382C"/>
    <w:rsid w:val="401E2223"/>
    <w:rsid w:val="409A4D10"/>
    <w:rsid w:val="41A0C639"/>
    <w:rsid w:val="42875FB3"/>
    <w:rsid w:val="42D47229"/>
    <w:rsid w:val="44203B8F"/>
    <w:rsid w:val="448290E4"/>
    <w:rsid w:val="44D80092"/>
    <w:rsid w:val="44DCD317"/>
    <w:rsid w:val="45002513"/>
    <w:rsid w:val="462858F0"/>
    <w:rsid w:val="468D8ABB"/>
    <w:rsid w:val="46ABDAEA"/>
    <w:rsid w:val="46CF7D35"/>
    <w:rsid w:val="47CB31C0"/>
    <w:rsid w:val="47FAD841"/>
    <w:rsid w:val="484193A0"/>
    <w:rsid w:val="48B5A108"/>
    <w:rsid w:val="48D6339D"/>
    <w:rsid w:val="48FEA592"/>
    <w:rsid w:val="4A8C7EF9"/>
    <w:rsid w:val="4ABF8DF9"/>
    <w:rsid w:val="4B2413BB"/>
    <w:rsid w:val="4B550C72"/>
    <w:rsid w:val="4B8947B6"/>
    <w:rsid w:val="4C3F6BB6"/>
    <w:rsid w:val="4CC6A2B0"/>
    <w:rsid w:val="4D03BE3F"/>
    <w:rsid w:val="4D8FA3C2"/>
    <w:rsid w:val="4DA7DFEE"/>
    <w:rsid w:val="4DCE3290"/>
    <w:rsid w:val="4DD67024"/>
    <w:rsid w:val="501CF64A"/>
    <w:rsid w:val="508847CF"/>
    <w:rsid w:val="50A5204E"/>
    <w:rsid w:val="523A3541"/>
    <w:rsid w:val="525E340A"/>
    <w:rsid w:val="53ACADA6"/>
    <w:rsid w:val="54A9BA2F"/>
    <w:rsid w:val="552B56B4"/>
    <w:rsid w:val="569E9E96"/>
    <w:rsid w:val="56D5CAFE"/>
    <w:rsid w:val="57239610"/>
    <w:rsid w:val="5787F706"/>
    <w:rsid w:val="57B57938"/>
    <w:rsid w:val="57D146F9"/>
    <w:rsid w:val="57F576D9"/>
    <w:rsid w:val="58C0D9CB"/>
    <w:rsid w:val="594A7FF6"/>
    <w:rsid w:val="5A6A9F00"/>
    <w:rsid w:val="5B2109C5"/>
    <w:rsid w:val="5B9339A8"/>
    <w:rsid w:val="5BE1BD3D"/>
    <w:rsid w:val="5CA98692"/>
    <w:rsid w:val="5DC0BB6F"/>
    <w:rsid w:val="5E0ECFC7"/>
    <w:rsid w:val="5E3FBAF2"/>
    <w:rsid w:val="5E529F6D"/>
    <w:rsid w:val="5E6A9F2A"/>
    <w:rsid w:val="5FE221ED"/>
    <w:rsid w:val="600C5A6A"/>
    <w:rsid w:val="6018DFCB"/>
    <w:rsid w:val="602F86D7"/>
    <w:rsid w:val="60D24D90"/>
    <w:rsid w:val="60EC349F"/>
    <w:rsid w:val="61F02D6E"/>
    <w:rsid w:val="61F8DBE4"/>
    <w:rsid w:val="62A00204"/>
    <w:rsid w:val="631FAC04"/>
    <w:rsid w:val="646BC4B3"/>
    <w:rsid w:val="648CCE7B"/>
    <w:rsid w:val="66138365"/>
    <w:rsid w:val="6658B7AE"/>
    <w:rsid w:val="67081B2B"/>
    <w:rsid w:val="678946A5"/>
    <w:rsid w:val="67E20E5D"/>
    <w:rsid w:val="67EDBD48"/>
    <w:rsid w:val="68173D68"/>
    <w:rsid w:val="687F73E1"/>
    <w:rsid w:val="68F87663"/>
    <w:rsid w:val="6914BBFE"/>
    <w:rsid w:val="69903785"/>
    <w:rsid w:val="69F98557"/>
    <w:rsid w:val="6A8936B2"/>
    <w:rsid w:val="6AAAFC08"/>
    <w:rsid w:val="6B3D221B"/>
    <w:rsid w:val="6BC87F76"/>
    <w:rsid w:val="6C34E8B0"/>
    <w:rsid w:val="6CBCD4E5"/>
    <w:rsid w:val="6CCC0C86"/>
    <w:rsid w:val="6DC79237"/>
    <w:rsid w:val="6E1EE2F1"/>
    <w:rsid w:val="6E3126DB"/>
    <w:rsid w:val="6E641784"/>
    <w:rsid w:val="6EAEF753"/>
    <w:rsid w:val="6F15A208"/>
    <w:rsid w:val="6FFB7481"/>
    <w:rsid w:val="71859A1C"/>
    <w:rsid w:val="731BEADA"/>
    <w:rsid w:val="7328CDFF"/>
    <w:rsid w:val="738B1521"/>
    <w:rsid w:val="7410CDB3"/>
    <w:rsid w:val="7460FF42"/>
    <w:rsid w:val="757B2778"/>
    <w:rsid w:val="7648008C"/>
    <w:rsid w:val="7794AC17"/>
    <w:rsid w:val="786B7FB1"/>
    <w:rsid w:val="78E7489D"/>
    <w:rsid w:val="78EDD9ED"/>
    <w:rsid w:val="79130426"/>
    <w:rsid w:val="7998947C"/>
    <w:rsid w:val="7ACB5BE2"/>
    <w:rsid w:val="7B513098"/>
    <w:rsid w:val="7BAB0169"/>
    <w:rsid w:val="7BF4B2E0"/>
    <w:rsid w:val="7C803B9E"/>
    <w:rsid w:val="7C8D7CFA"/>
    <w:rsid w:val="7CC374ED"/>
    <w:rsid w:val="7CD9F1EA"/>
    <w:rsid w:val="7D1D505B"/>
    <w:rsid w:val="7D5A34F1"/>
    <w:rsid w:val="7EAA742F"/>
    <w:rsid w:val="7EC85712"/>
    <w:rsid w:val="7EED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5BCA02"/>
  <w14:defaultImageDpi w14:val="300"/>
  <w15:docId w15:val="{B2AD86C7-140B-45A2-B67D-9CDE20DE9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3DDA"/>
    <w:pPr>
      <w:jc w:val="both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1A36EE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1A36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4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5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AF722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722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4278A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2D434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D434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D434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D434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D4340"/>
    <w:rPr>
      <w:b/>
      <w:bCs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387CDC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1D1D87"/>
    <w:pPr>
      <w:spacing w:after="100"/>
      <w:ind w:left="220"/>
    </w:pPr>
  </w:style>
  <w:style w:type="paragraph" w:styleId="Revisione">
    <w:name w:val="Revision"/>
    <w:hidden/>
    <w:uiPriority w:val="99"/>
    <w:semiHidden/>
    <w:rsid w:val="00721AB3"/>
    <w:pPr>
      <w:spacing w:after="0" w:line="240" w:lineRule="auto"/>
    </w:pPr>
  </w:style>
  <w:style w:type="numbering" w:customStyle="1" w:styleId="Stile1">
    <w:name w:val="Stile1"/>
    <w:uiPriority w:val="99"/>
    <w:rsid w:val="00135069"/>
    <w:pPr>
      <w:numPr>
        <w:numId w:val="7"/>
      </w:numPr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unhideWhenUsed/>
    <w:rsid w:val="00CB021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qFormat/>
    <w:rsid w:val="00CB021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qFormat/>
    <w:rsid w:val="00CB0218"/>
    <w:rPr>
      <w:vertAlign w:val="superscript"/>
    </w:rPr>
  </w:style>
  <w:style w:type="character" w:customStyle="1" w:styleId="WW8Num64z1">
    <w:name w:val="WW8Num64z1"/>
    <w:rsid w:val="00E66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e94760-2316-4cea-90ac-a15e6eba46f9" xsi:nil="true"/>
    <lcf76f155ced4ddcb4097134ff3c332f xmlns="98440b9a-e916-43d1-b5cc-842caf03ebb7">
      <Terms xmlns="http://schemas.microsoft.com/office/infopath/2007/PartnerControls"/>
    </lcf76f155ced4ddcb4097134ff3c332f>
    <SharedWithUsers xmlns="c8e94760-2316-4cea-90ac-a15e6eba46f9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853E8EF087FE43ACB2521B51AC5242" ma:contentTypeVersion="16" ma:contentTypeDescription="Creare un nuovo documento." ma:contentTypeScope="" ma:versionID="9d244ab061708e979646241fb4e870eb">
  <xsd:schema xmlns:xsd="http://www.w3.org/2001/XMLSchema" xmlns:xs="http://www.w3.org/2001/XMLSchema" xmlns:p="http://schemas.microsoft.com/office/2006/metadata/properties" xmlns:ns2="c8e94760-2316-4cea-90ac-a15e6eba46f9" xmlns:ns3="98440b9a-e916-43d1-b5cc-842caf03ebb7" targetNamespace="http://schemas.microsoft.com/office/2006/metadata/properties" ma:root="true" ma:fieldsID="c8fdc73d9f2b75c8bca7c21ce38e6bc5" ns2:_="" ns3:_="">
    <xsd:import namespace="c8e94760-2316-4cea-90ac-a15e6eba46f9"/>
    <xsd:import namespace="98440b9a-e916-43d1-b5cc-842caf03eb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94760-2316-4cea-90ac-a15e6eba46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97c147b-7498-4fb4-a22c-8bb105be0b35}" ma:internalName="TaxCatchAll" ma:showField="CatchAllData" ma:web="c8e94760-2316-4cea-90ac-a15e6eba46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40b9a-e916-43d1-b5cc-842caf03e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88c16f9d-3ec2-44ac-b0de-987eb5c6c8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F1648F-BEBF-4DCA-A00C-2CC633CB6EA2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c8e94760-2316-4cea-90ac-a15e6eba46f9"/>
    <ds:schemaRef ds:uri="http://schemas.microsoft.com/office/infopath/2007/PartnerControls"/>
    <ds:schemaRef ds:uri="98440b9a-e916-43d1-b5cc-842caf03ebb7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51834D1-7F1A-4D23-847C-DFFE65E4F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e94760-2316-4cea-90ac-a15e6eba46f9"/>
    <ds:schemaRef ds:uri="98440b9a-e916-43d1-b5cc-842caf03e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12A7E3-1B46-4576-8DD8-41BE0732B8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735</Words>
  <Characters>4191</Characters>
  <Application>Microsoft Office Word</Application>
  <DocSecurity>0</DocSecurity>
  <Lines>34</Lines>
  <Paragraphs>9</Paragraphs>
  <ScaleCrop>false</ScaleCrop>
  <Manager/>
  <Company/>
  <LinksUpToDate>false</LinksUpToDate>
  <CharactersWithSpaces>4917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Francesca Me</cp:lastModifiedBy>
  <cp:revision>2083</cp:revision>
  <dcterms:created xsi:type="dcterms:W3CDTF">2025-06-10T14:06:00Z</dcterms:created>
  <dcterms:modified xsi:type="dcterms:W3CDTF">2025-06-30T10:49:00Z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0x01010091853E8EF087FE43ACB2521B51AC5242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